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3270" w14:textId="77777777" w:rsidR="00032AE9" w:rsidRDefault="00140519">
      <w:pPr>
        <w:spacing w:after="240"/>
      </w:pPr>
      <w:r>
        <w:rPr>
          <w:noProof/>
        </w:rPr>
        <w:drawing>
          <wp:inline distT="0" distB="0" distL="0" distR="0" wp14:anchorId="79F13A90" wp14:editId="3660AE15">
            <wp:extent cx="5074920" cy="1215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5074920" cy="1215390"/>
                    </a:xfrm>
                    <a:prstGeom prst="rect">
                      <a:avLst/>
                    </a:prstGeom>
                    <a:noFill/>
                  </pic:spPr>
                </pic:pic>
              </a:graphicData>
            </a:graphic>
          </wp:inline>
        </w:drawing>
      </w:r>
    </w:p>
    <w:p w14:paraId="2DDEB84C" w14:textId="77777777" w:rsidR="00032AE9" w:rsidRDefault="00140519">
      <w:pPr>
        <w:pStyle w:val="Micro"/>
        <w:spacing w:after="60"/>
      </w:pPr>
      <w:proofErr w:type="gramStart"/>
      <w:r>
        <w:rPr>
          <w:b/>
          <w:color w:val="376F7D"/>
        </w:rPr>
        <w:t>RECRUITMENT  /</w:t>
      </w:r>
      <w:proofErr w:type="gramEnd"/>
      <w:r>
        <w:rPr>
          <w:b/>
          <w:color w:val="376F7D"/>
        </w:rPr>
        <w:t xml:space="preserve">  APPLICATION</w:t>
      </w:r>
    </w:p>
    <w:p w14:paraId="54510BA2" w14:textId="77777777" w:rsidR="00032AE9" w:rsidRDefault="00140519">
      <w:pPr>
        <w:pStyle w:val="Title"/>
        <w:spacing w:after="60"/>
      </w:pPr>
      <w:r>
        <w:t>Employment application form</w:t>
      </w:r>
    </w:p>
    <w:p w14:paraId="44381F64" w14:textId="77777777" w:rsidR="00032AE9" w:rsidRDefault="00140519">
      <w:pPr>
        <w:pStyle w:val="Directions"/>
        <w:spacing w:after="280"/>
      </w:pPr>
      <w:r>
        <w:t>A single application form for all Spiritus Theological College vacancies.</w:t>
      </w:r>
    </w:p>
    <w:tbl>
      <w:tblPr>
        <w:tblW w:w="9490" w:type="dxa"/>
        <w:tblInd w:w="-108" w:type="dxa"/>
        <w:tblLayout w:type="fixed"/>
        <w:tblCellMar>
          <w:left w:w="0" w:type="dxa"/>
          <w:right w:w="0" w:type="dxa"/>
        </w:tblCellMar>
        <w:tblLook w:val="04A0" w:firstRow="1" w:lastRow="0" w:firstColumn="1" w:lastColumn="0" w:noHBand="0" w:noVBand="1"/>
      </w:tblPr>
      <w:tblGrid>
        <w:gridCol w:w="9490"/>
      </w:tblGrid>
      <w:tr w:rsidR="00032AE9" w14:paraId="36407449" w14:textId="77777777">
        <w:trPr>
          <w:trHeight w:hRule="exact" w:val="65"/>
        </w:trPr>
        <w:tc>
          <w:tcPr>
            <w:tcW w:w="9490" w:type="dxa"/>
            <w:shd w:val="clear" w:color="auto" w:fill="73B746"/>
          </w:tcPr>
          <w:p w14:paraId="38191B7E" w14:textId="77777777" w:rsidR="00032AE9" w:rsidRDefault="00032AE9"/>
        </w:tc>
      </w:tr>
    </w:tbl>
    <w:p w14:paraId="61B9E13F" w14:textId="77777777" w:rsidR="00032AE9" w:rsidRDefault="00140519">
      <w:pPr>
        <w:spacing w:after="0" w:line="240" w:lineRule="auto"/>
      </w:pPr>
      <w:r>
        <w:rPr>
          <w:sz w:val="10"/>
        </w:rPr>
        <w:t xml:space="preserve"> </w:t>
      </w:r>
    </w:p>
    <w:p w14:paraId="330307BA" w14:textId="77777777" w:rsidR="00032AE9" w:rsidRDefault="00140519">
      <w:pPr>
        <w:pStyle w:val="Directions"/>
        <w:spacing w:after="80"/>
      </w:pPr>
      <w:r>
        <w:rPr>
          <w:b/>
        </w:rPr>
        <w:t xml:space="preserve">How to complete </w:t>
      </w:r>
      <w:r>
        <w:t>Replace the pale placeholder text with your answers. The fields can grow as you type. Refer to the job description and person specification for the vacancy, then return this form as instructed in the advertisement.</w:t>
      </w:r>
    </w:p>
    <w:p w14:paraId="164C3C3F" w14:textId="77777777" w:rsidR="00032AE9" w:rsidRDefault="00140519">
      <w:pPr>
        <w:pStyle w:val="Micro"/>
        <w:spacing w:after="140"/>
      </w:pPr>
      <w:r>
        <w:t>Please do not provide a photograph, date of birth, National Insurance number, medical diagnosis or criminal record details on this form.</w:t>
      </w:r>
    </w:p>
    <w:p w14:paraId="05AFEFEB" w14:textId="77777777" w:rsidR="00032AE9" w:rsidRDefault="00140519">
      <w:pPr>
        <w:pStyle w:val="Heading1"/>
      </w:pPr>
      <w:r>
        <w:rPr>
          <w:rFonts w:ascii="Lato" w:hAnsi="Lato"/>
          <w:color w:val="73B746"/>
          <w:sz w:val="20"/>
        </w:rPr>
        <w:t xml:space="preserve">01   </w:t>
      </w:r>
      <w:r>
        <w:t>Position applied for</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1F9235AA" w14:textId="77777777">
        <w:trPr>
          <w:cantSplit/>
          <w:trHeight w:val="806"/>
          <w:jc w:val="center"/>
        </w:trPr>
        <w:tc>
          <w:tcPr>
            <w:tcW w:w="4622" w:type="dxa"/>
            <w:tcBorders>
              <w:bottom w:val="single" w:sz="4" w:space="0" w:color="CCDDDF"/>
            </w:tcBorders>
            <w:shd w:val="clear" w:color="auto" w:fill="F3F8F8"/>
          </w:tcPr>
          <w:p w14:paraId="4993B23C" w14:textId="77777777" w:rsidR="00032AE9" w:rsidRDefault="00140519">
            <w:pPr>
              <w:pStyle w:val="FieldLabel"/>
              <w:keepNext/>
            </w:pPr>
            <w:r>
              <w:rPr>
                <w:b/>
              </w:rPr>
              <w:t>JOB TITLE</w:t>
            </w:r>
          </w:p>
          <w:p w14:paraId="4229738D"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4B42B433" w14:textId="77777777" w:rsidR="00032AE9" w:rsidRDefault="00140519">
            <w:pPr>
              <w:pStyle w:val="FieldLabel"/>
              <w:keepNext/>
            </w:pPr>
            <w:r>
              <w:rPr>
                <w:b/>
              </w:rPr>
              <w:t>VACANCY REFERENCE (IF STATED)</w:t>
            </w:r>
          </w:p>
          <w:p w14:paraId="5907E969" w14:textId="77777777" w:rsidR="00032AE9" w:rsidRDefault="00140519">
            <w:pPr>
              <w:pStyle w:val="FieldInput"/>
            </w:pPr>
            <w:r>
              <w:rPr>
                <w:i/>
                <w:color w:val="84989B"/>
              </w:rPr>
              <w:t>Click here to type</w:t>
            </w:r>
          </w:p>
        </w:tc>
      </w:tr>
      <w:tr w:rsidR="00032AE9" w14:paraId="79FBF1D0" w14:textId="77777777">
        <w:trPr>
          <w:cantSplit/>
          <w:trHeight w:val="806"/>
          <w:jc w:val="center"/>
        </w:trPr>
        <w:tc>
          <w:tcPr>
            <w:tcW w:w="4622" w:type="dxa"/>
            <w:tcBorders>
              <w:bottom w:val="single" w:sz="4" w:space="0" w:color="CCDDDF"/>
            </w:tcBorders>
            <w:shd w:val="clear" w:color="auto" w:fill="F3F8F8"/>
          </w:tcPr>
          <w:p w14:paraId="47219067" w14:textId="77777777" w:rsidR="00032AE9" w:rsidRDefault="00140519">
            <w:pPr>
              <w:pStyle w:val="FieldLabel"/>
              <w:keepNext/>
            </w:pPr>
            <w:r>
              <w:rPr>
                <w:b/>
              </w:rPr>
              <w:t>WHERE DID YOU HEAR ABOUT THE ROLE?</w:t>
            </w:r>
          </w:p>
          <w:p w14:paraId="6DAD8A7E"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35A70420" w14:textId="77777777" w:rsidR="00032AE9" w:rsidRDefault="00140519">
            <w:pPr>
              <w:pStyle w:val="FieldLabel"/>
              <w:keepNext/>
            </w:pPr>
            <w:r>
              <w:rPr>
                <w:b/>
              </w:rPr>
              <w:t>APPLICATION DATE</w:t>
            </w:r>
          </w:p>
          <w:p w14:paraId="63561F4E" w14:textId="77777777" w:rsidR="00032AE9" w:rsidRDefault="00140519">
            <w:pPr>
              <w:pStyle w:val="FieldInput"/>
            </w:pPr>
            <w:r>
              <w:rPr>
                <w:i/>
                <w:color w:val="84989B"/>
              </w:rPr>
              <w:t>Day / month / year</w:t>
            </w:r>
          </w:p>
        </w:tc>
      </w:tr>
    </w:tbl>
    <w:p w14:paraId="5178A9C7" w14:textId="77777777" w:rsidR="00032AE9" w:rsidRDefault="00140519">
      <w:pPr>
        <w:spacing w:after="0" w:line="240" w:lineRule="auto"/>
      </w:pPr>
      <w:r>
        <w:rPr>
          <w:sz w:val="12"/>
        </w:rPr>
        <w:t xml:space="preserve"> </w:t>
      </w:r>
    </w:p>
    <w:p w14:paraId="1D1622D1" w14:textId="77777777" w:rsidR="00032AE9" w:rsidRDefault="00140519">
      <w:pPr>
        <w:pStyle w:val="Heading1"/>
      </w:pPr>
      <w:r>
        <w:rPr>
          <w:rFonts w:ascii="Lato" w:hAnsi="Lato"/>
          <w:color w:val="73B746"/>
          <w:sz w:val="20"/>
        </w:rPr>
        <w:t xml:space="preserve">02   </w:t>
      </w:r>
      <w:r>
        <w:t>About you</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7306E14A" w14:textId="77777777">
        <w:trPr>
          <w:cantSplit/>
          <w:trHeight w:val="821"/>
          <w:jc w:val="center"/>
        </w:trPr>
        <w:tc>
          <w:tcPr>
            <w:tcW w:w="4622" w:type="dxa"/>
            <w:tcBorders>
              <w:bottom w:val="single" w:sz="4" w:space="0" w:color="CCDDDF"/>
            </w:tcBorders>
            <w:shd w:val="clear" w:color="auto" w:fill="F3F8F8"/>
          </w:tcPr>
          <w:p w14:paraId="75427880" w14:textId="77777777" w:rsidR="00032AE9" w:rsidRDefault="00140519">
            <w:pPr>
              <w:pStyle w:val="FieldLabel"/>
              <w:keepNext/>
            </w:pPr>
            <w:r>
              <w:rPr>
                <w:b/>
              </w:rPr>
              <w:t>FULL NAME</w:t>
            </w:r>
          </w:p>
          <w:p w14:paraId="1215B8C5"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665E1131" w14:textId="77777777" w:rsidR="00032AE9" w:rsidRDefault="00140519">
            <w:pPr>
              <w:pStyle w:val="FieldLabel"/>
              <w:keepNext/>
            </w:pPr>
            <w:r>
              <w:rPr>
                <w:b/>
              </w:rPr>
              <w:t>PREFERRED NAME (OPTIONAL)</w:t>
            </w:r>
          </w:p>
          <w:p w14:paraId="41C66469" w14:textId="77777777" w:rsidR="00032AE9" w:rsidRDefault="00140519">
            <w:pPr>
              <w:pStyle w:val="FieldInput"/>
            </w:pPr>
            <w:r>
              <w:rPr>
                <w:i/>
                <w:color w:val="84989B"/>
              </w:rPr>
              <w:t>Click here to type</w:t>
            </w:r>
          </w:p>
        </w:tc>
      </w:tr>
      <w:tr w:rsidR="00032AE9" w14:paraId="25895228" w14:textId="77777777">
        <w:trPr>
          <w:cantSplit/>
          <w:trHeight w:val="821"/>
          <w:jc w:val="center"/>
        </w:trPr>
        <w:tc>
          <w:tcPr>
            <w:tcW w:w="4622" w:type="dxa"/>
            <w:tcBorders>
              <w:bottom w:val="single" w:sz="4" w:space="0" w:color="CCDDDF"/>
            </w:tcBorders>
            <w:shd w:val="clear" w:color="auto" w:fill="F3F8F8"/>
          </w:tcPr>
          <w:p w14:paraId="69FDC938" w14:textId="77777777" w:rsidR="00032AE9" w:rsidRDefault="00140519">
            <w:pPr>
              <w:pStyle w:val="FieldLabel"/>
              <w:keepNext/>
            </w:pPr>
            <w:r>
              <w:rPr>
                <w:b/>
              </w:rPr>
              <w:t>EMAIL ADDRESS</w:t>
            </w:r>
          </w:p>
          <w:p w14:paraId="481D546B"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283C5601" w14:textId="77777777" w:rsidR="00032AE9" w:rsidRDefault="00140519">
            <w:pPr>
              <w:pStyle w:val="FieldLabel"/>
              <w:keepNext/>
            </w:pPr>
            <w:r>
              <w:rPr>
                <w:b/>
              </w:rPr>
              <w:t>CONTACT TELEPHONE</w:t>
            </w:r>
          </w:p>
          <w:p w14:paraId="2DBC22A1" w14:textId="77777777" w:rsidR="00032AE9" w:rsidRDefault="00140519">
            <w:pPr>
              <w:pStyle w:val="FieldInput"/>
            </w:pPr>
            <w:r>
              <w:rPr>
                <w:i/>
                <w:color w:val="84989B"/>
              </w:rPr>
              <w:t>Click here to type</w:t>
            </w:r>
          </w:p>
        </w:tc>
      </w:tr>
    </w:tbl>
    <w:p w14:paraId="20218FF1" w14:textId="77777777" w:rsidR="00032AE9" w:rsidRDefault="00140519">
      <w:pPr>
        <w:spacing w:after="0" w:line="240" w:lineRule="auto"/>
      </w:pPr>
      <w:r>
        <w:rPr>
          <w:sz w:val="12"/>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5AA78D93" w14:textId="77777777">
        <w:trPr>
          <w:cantSplit/>
          <w:trHeight w:val="1123"/>
        </w:trPr>
        <w:tc>
          <w:tcPr>
            <w:tcW w:w="9490" w:type="dxa"/>
            <w:tcBorders>
              <w:bottom w:val="single" w:sz="4" w:space="0" w:color="CCDDDF"/>
            </w:tcBorders>
            <w:shd w:val="clear" w:color="auto" w:fill="F3F8F8"/>
          </w:tcPr>
          <w:p w14:paraId="429BC7FF" w14:textId="77777777" w:rsidR="00032AE9" w:rsidRDefault="00140519">
            <w:pPr>
              <w:pStyle w:val="FieldLabel"/>
              <w:keepNext/>
            </w:pPr>
            <w:r>
              <w:rPr>
                <w:b/>
              </w:rPr>
              <w:t>POSTAL ADDRESS INCLUDING POSTCODE</w:t>
            </w:r>
          </w:p>
          <w:p w14:paraId="6D546B5C" w14:textId="77777777" w:rsidR="00032AE9" w:rsidRDefault="00140519">
            <w:pPr>
              <w:pStyle w:val="FieldInput"/>
            </w:pPr>
            <w:r>
              <w:rPr>
                <w:i/>
                <w:color w:val="84989B"/>
              </w:rPr>
              <w:t>Click here to type your address</w:t>
            </w:r>
          </w:p>
        </w:tc>
      </w:tr>
    </w:tbl>
    <w:p w14:paraId="68EF227B" w14:textId="77777777" w:rsidR="00032AE9" w:rsidRDefault="00140519">
      <w:pPr>
        <w:spacing w:after="0" w:line="240" w:lineRule="auto"/>
      </w:pPr>
      <w:r>
        <w:rPr>
          <w:sz w:val="14"/>
        </w:rPr>
        <w:t xml:space="preserve"> </w:t>
      </w:r>
    </w:p>
    <w:p w14:paraId="390ABFF8" w14:textId="77777777" w:rsidR="00032AE9" w:rsidRDefault="00140519">
      <w:pPr>
        <w:pStyle w:val="Heading1"/>
      </w:pPr>
      <w:r>
        <w:rPr>
          <w:rFonts w:ascii="Lato" w:hAnsi="Lato"/>
          <w:color w:val="73B746"/>
          <w:sz w:val="20"/>
        </w:rPr>
        <w:lastRenderedPageBreak/>
        <w:t xml:space="preserve">03   </w:t>
      </w:r>
      <w:r>
        <w:t>Availability and interview arrangements</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1D9F894B" w14:textId="77777777">
        <w:trPr>
          <w:cantSplit/>
          <w:trHeight w:val="778"/>
          <w:jc w:val="center"/>
        </w:trPr>
        <w:tc>
          <w:tcPr>
            <w:tcW w:w="4622" w:type="dxa"/>
            <w:tcBorders>
              <w:bottom w:val="single" w:sz="4" w:space="0" w:color="CCDDDF"/>
            </w:tcBorders>
            <w:shd w:val="clear" w:color="auto" w:fill="F3F8F8"/>
          </w:tcPr>
          <w:p w14:paraId="6C736D86" w14:textId="77777777" w:rsidR="00032AE9" w:rsidRDefault="00140519">
            <w:pPr>
              <w:pStyle w:val="FieldLabel"/>
              <w:keepNext/>
            </w:pPr>
            <w:r>
              <w:rPr>
                <w:b/>
              </w:rPr>
              <w:t>NOTICE PERIOD</w:t>
            </w:r>
          </w:p>
          <w:p w14:paraId="233DA51E"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0EF437E8" w14:textId="77777777" w:rsidR="00032AE9" w:rsidRDefault="00140519">
            <w:pPr>
              <w:pStyle w:val="FieldLabel"/>
              <w:keepNext/>
            </w:pPr>
            <w:r>
              <w:rPr>
                <w:b/>
              </w:rPr>
              <w:t>EARLIEST POSSIBLE START DATE</w:t>
            </w:r>
          </w:p>
          <w:p w14:paraId="4A11881C" w14:textId="77777777" w:rsidR="00032AE9" w:rsidRDefault="00140519">
            <w:pPr>
              <w:pStyle w:val="FieldInput"/>
            </w:pPr>
            <w:r>
              <w:rPr>
                <w:i/>
                <w:color w:val="84989B"/>
              </w:rPr>
              <w:t>Click here to type</w:t>
            </w:r>
          </w:p>
        </w:tc>
      </w:tr>
    </w:tbl>
    <w:p w14:paraId="0C62C409" w14:textId="77777777" w:rsidR="00032AE9" w:rsidRDefault="00140519">
      <w:pPr>
        <w:spacing w:after="0" w:line="240" w:lineRule="auto"/>
      </w:pPr>
      <w:r>
        <w:rPr>
          <w:sz w:val="4"/>
        </w:rPr>
        <w:t xml:space="preserve"> </w:t>
      </w:r>
      <w:r>
        <w:br w:type="page"/>
      </w:r>
    </w:p>
    <w:p w14:paraId="4407532D" w14:textId="77777777" w:rsidR="00032AE9" w:rsidRDefault="00140519">
      <w:pPr>
        <w:pStyle w:val="Micro"/>
        <w:spacing w:after="60"/>
      </w:pPr>
      <w:proofErr w:type="gramStart"/>
      <w:r>
        <w:rPr>
          <w:b/>
          <w:color w:val="376F7D"/>
        </w:rPr>
        <w:lastRenderedPageBreak/>
        <w:t>03  INTERVIEW</w:t>
      </w:r>
      <w:proofErr w:type="gramEnd"/>
      <w:r>
        <w:rPr>
          <w:b/>
          <w:color w:val="376F7D"/>
        </w:rPr>
        <w:t xml:space="preserve"> ARRANGEMENTS</w:t>
      </w:r>
    </w:p>
    <w:p w14:paraId="680ED13E" w14:textId="77777777" w:rsidR="00032AE9" w:rsidRDefault="00140519">
      <w:pPr>
        <w:pStyle w:val="Micro"/>
        <w:spacing w:after="120"/>
      </w:pPr>
      <w:r>
        <w:t>If you need reasonable adjustments for an interview or assessment, please provide details below or contact the person named in the vacancy advertisement. You do not need to disclose a diagnosis.</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533BF867" w14:textId="77777777">
        <w:trPr>
          <w:cantSplit/>
          <w:trHeight w:val="1022"/>
        </w:trPr>
        <w:tc>
          <w:tcPr>
            <w:tcW w:w="9490" w:type="dxa"/>
            <w:tcBorders>
              <w:bottom w:val="single" w:sz="4" w:space="0" w:color="CCDDDF"/>
            </w:tcBorders>
            <w:shd w:val="clear" w:color="auto" w:fill="F3F8F8"/>
          </w:tcPr>
          <w:p w14:paraId="1B7E26F2" w14:textId="77777777" w:rsidR="00032AE9" w:rsidRDefault="00140519">
            <w:pPr>
              <w:pStyle w:val="FieldLabel"/>
              <w:keepNext/>
            </w:pPr>
            <w:r>
              <w:rPr>
                <w:b/>
              </w:rPr>
              <w:t>RECRUITMENT ADJUSTMENTS (OPTIONAL)</w:t>
            </w:r>
          </w:p>
          <w:p w14:paraId="51A8C936" w14:textId="77777777" w:rsidR="00032AE9" w:rsidRDefault="00140519">
            <w:pPr>
              <w:pStyle w:val="FieldInput"/>
            </w:pPr>
            <w:r>
              <w:rPr>
                <w:i/>
                <w:color w:val="84989B"/>
              </w:rPr>
              <w:t>Click here to type, or leave blank</w:t>
            </w:r>
          </w:p>
        </w:tc>
      </w:tr>
    </w:tbl>
    <w:p w14:paraId="3EB574D0" w14:textId="77777777" w:rsidR="00032AE9" w:rsidRDefault="00140519">
      <w:pPr>
        <w:spacing w:after="0" w:line="240" w:lineRule="auto"/>
      </w:pPr>
      <w:r>
        <w:rPr>
          <w:sz w:val="14"/>
        </w:rPr>
        <w:t xml:space="preserve"> </w:t>
      </w:r>
    </w:p>
    <w:p w14:paraId="524F30E5" w14:textId="77777777" w:rsidR="00032AE9" w:rsidRDefault="00140519">
      <w:pPr>
        <w:pStyle w:val="Heading1"/>
      </w:pPr>
      <w:r>
        <w:rPr>
          <w:rFonts w:ascii="Lato" w:hAnsi="Lato"/>
          <w:color w:val="73B746"/>
          <w:sz w:val="20"/>
        </w:rPr>
        <w:t xml:space="preserve">04   </w:t>
      </w:r>
      <w:r>
        <w:t>Employment and relevant experience</w:t>
      </w:r>
    </w:p>
    <w:p w14:paraId="43139928" w14:textId="77777777" w:rsidR="00032AE9" w:rsidRDefault="00140519">
      <w:pPr>
        <w:pStyle w:val="Directions"/>
        <w:spacing w:after="240"/>
      </w:pPr>
      <w:r>
        <w:t>Begin with your current or most recent role. You may include paid employment, voluntary work, ministry or other experience relevant to the vacancy. Career breaks and caring responsibilities will not in themselves disadvantage an application. Add entries if needed.</w:t>
      </w:r>
    </w:p>
    <w:p w14:paraId="61E776CF" w14:textId="77777777" w:rsidR="00032AE9" w:rsidRDefault="00140519">
      <w:pPr>
        <w:pStyle w:val="Micro"/>
        <w:spacing w:after="60"/>
      </w:pPr>
      <w:r>
        <w:rPr>
          <w:b/>
          <w:color w:val="376F7D"/>
        </w:rPr>
        <w:t>ROLE 01</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0CD4E82B" w14:textId="77777777">
        <w:trPr>
          <w:cantSplit/>
          <w:trHeight w:val="835"/>
          <w:jc w:val="center"/>
        </w:trPr>
        <w:tc>
          <w:tcPr>
            <w:tcW w:w="4622" w:type="dxa"/>
            <w:tcBorders>
              <w:bottom w:val="single" w:sz="4" w:space="0" w:color="CCDDDF"/>
            </w:tcBorders>
            <w:shd w:val="clear" w:color="auto" w:fill="F3F8F8"/>
          </w:tcPr>
          <w:p w14:paraId="07C5D6E4" w14:textId="77777777" w:rsidR="00032AE9" w:rsidRDefault="00140519">
            <w:pPr>
              <w:pStyle w:val="FieldLabel"/>
              <w:keepNext/>
            </w:pPr>
            <w:r>
              <w:rPr>
                <w:b/>
              </w:rPr>
              <w:t>EMPLOYER OR ORGANISATION</w:t>
            </w:r>
          </w:p>
          <w:p w14:paraId="4BD1ADB0"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46011001" w14:textId="77777777" w:rsidR="00032AE9" w:rsidRDefault="00140519">
            <w:pPr>
              <w:pStyle w:val="FieldLabel"/>
              <w:keepNext/>
            </w:pPr>
            <w:r>
              <w:rPr>
                <w:b/>
              </w:rPr>
              <w:t>JOB TITLE OR RESPONSIBILITIES</w:t>
            </w:r>
          </w:p>
          <w:p w14:paraId="31CFD2C0" w14:textId="77777777" w:rsidR="00032AE9" w:rsidRDefault="00140519">
            <w:pPr>
              <w:pStyle w:val="FieldInput"/>
            </w:pPr>
            <w:r>
              <w:rPr>
                <w:i/>
                <w:color w:val="84989B"/>
              </w:rPr>
              <w:t>Click here to type</w:t>
            </w:r>
          </w:p>
        </w:tc>
      </w:tr>
      <w:tr w:rsidR="00032AE9" w14:paraId="560E2293" w14:textId="77777777">
        <w:trPr>
          <w:cantSplit/>
          <w:trHeight w:val="835"/>
          <w:jc w:val="center"/>
        </w:trPr>
        <w:tc>
          <w:tcPr>
            <w:tcW w:w="4622" w:type="dxa"/>
            <w:tcBorders>
              <w:bottom w:val="single" w:sz="4" w:space="0" w:color="CCDDDF"/>
            </w:tcBorders>
            <w:shd w:val="clear" w:color="auto" w:fill="F3F8F8"/>
          </w:tcPr>
          <w:p w14:paraId="5EDB79FC" w14:textId="77777777" w:rsidR="00032AE9" w:rsidRDefault="00140519">
            <w:pPr>
              <w:pStyle w:val="FieldLabel"/>
              <w:keepNext/>
            </w:pPr>
            <w:r>
              <w:rPr>
                <w:b/>
              </w:rPr>
              <w:t>FROM (MONTH/YEAR)</w:t>
            </w:r>
          </w:p>
          <w:p w14:paraId="24E39383"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499ECFB2" w14:textId="77777777" w:rsidR="00032AE9" w:rsidRDefault="00140519">
            <w:pPr>
              <w:pStyle w:val="FieldLabel"/>
              <w:keepNext/>
            </w:pPr>
            <w:r>
              <w:rPr>
                <w:b/>
              </w:rPr>
              <w:t>TO (MONTH/YEAR OR PRESENT)</w:t>
            </w:r>
          </w:p>
          <w:p w14:paraId="6C92C7F6" w14:textId="77777777" w:rsidR="00032AE9" w:rsidRDefault="00140519">
            <w:pPr>
              <w:pStyle w:val="FieldInput"/>
            </w:pPr>
            <w:r>
              <w:rPr>
                <w:i/>
                <w:color w:val="84989B"/>
              </w:rPr>
              <w:t>Click here to type</w:t>
            </w:r>
          </w:p>
        </w:tc>
      </w:tr>
    </w:tbl>
    <w:p w14:paraId="77514521" w14:textId="77777777" w:rsidR="00032AE9" w:rsidRDefault="00140519">
      <w:pPr>
        <w:spacing w:after="0" w:line="240" w:lineRule="auto"/>
      </w:pPr>
      <w:r>
        <w:rPr>
          <w:sz w:val="6"/>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107F2E94" w14:textId="77777777">
        <w:trPr>
          <w:cantSplit/>
          <w:trHeight w:val="893"/>
        </w:trPr>
        <w:tc>
          <w:tcPr>
            <w:tcW w:w="9490" w:type="dxa"/>
            <w:tcBorders>
              <w:bottom w:val="single" w:sz="4" w:space="0" w:color="CCDDDF"/>
            </w:tcBorders>
            <w:shd w:val="clear" w:color="auto" w:fill="F3F8F8"/>
          </w:tcPr>
          <w:p w14:paraId="03D5FA21" w14:textId="77777777" w:rsidR="00032AE9" w:rsidRDefault="00140519">
            <w:pPr>
              <w:pStyle w:val="FieldLabel"/>
              <w:keepNext/>
            </w:pPr>
            <w:r>
              <w:rPr>
                <w:b/>
              </w:rPr>
              <w:t>MAIN RESPONSIBILITIES AND ACHIEVEMENTS</w:t>
            </w:r>
          </w:p>
          <w:p w14:paraId="42E9701F" w14:textId="77777777" w:rsidR="00032AE9" w:rsidRDefault="00140519">
            <w:pPr>
              <w:pStyle w:val="FieldInput"/>
            </w:pPr>
            <w:r>
              <w:rPr>
                <w:i/>
                <w:color w:val="84989B"/>
              </w:rPr>
              <w:t>Click here to type a short summary</w:t>
            </w:r>
          </w:p>
        </w:tc>
      </w:tr>
    </w:tbl>
    <w:p w14:paraId="7A2AAB05" w14:textId="77777777" w:rsidR="00032AE9" w:rsidRDefault="00140519">
      <w:pPr>
        <w:spacing w:after="0" w:line="240" w:lineRule="auto"/>
      </w:pPr>
      <w:r>
        <w:rPr>
          <w:sz w:val="14"/>
        </w:rPr>
        <w:t xml:space="preserve"> </w:t>
      </w:r>
    </w:p>
    <w:p w14:paraId="51EFD50D" w14:textId="77777777" w:rsidR="00032AE9" w:rsidRDefault="00140519">
      <w:pPr>
        <w:pStyle w:val="Micro"/>
        <w:spacing w:after="60"/>
      </w:pPr>
      <w:r>
        <w:rPr>
          <w:b/>
          <w:color w:val="376F7D"/>
        </w:rPr>
        <w:t>ROLE 02</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1D7D35F3" w14:textId="77777777">
        <w:trPr>
          <w:cantSplit/>
          <w:trHeight w:val="835"/>
          <w:jc w:val="center"/>
        </w:trPr>
        <w:tc>
          <w:tcPr>
            <w:tcW w:w="4622" w:type="dxa"/>
            <w:tcBorders>
              <w:bottom w:val="single" w:sz="4" w:space="0" w:color="CCDDDF"/>
            </w:tcBorders>
            <w:shd w:val="clear" w:color="auto" w:fill="F3F8F8"/>
          </w:tcPr>
          <w:p w14:paraId="78CD45AF" w14:textId="77777777" w:rsidR="00032AE9" w:rsidRDefault="00140519">
            <w:pPr>
              <w:pStyle w:val="FieldLabel"/>
              <w:keepNext/>
            </w:pPr>
            <w:r>
              <w:rPr>
                <w:b/>
              </w:rPr>
              <w:t>EMPLOYER OR ORGANISATION</w:t>
            </w:r>
          </w:p>
          <w:p w14:paraId="75F75557"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2C91D3BB" w14:textId="77777777" w:rsidR="00032AE9" w:rsidRDefault="00140519">
            <w:pPr>
              <w:pStyle w:val="FieldLabel"/>
              <w:keepNext/>
            </w:pPr>
            <w:r>
              <w:rPr>
                <w:b/>
              </w:rPr>
              <w:t>JOB TITLE OR RESPONSIBILITIES</w:t>
            </w:r>
          </w:p>
          <w:p w14:paraId="717480C7" w14:textId="77777777" w:rsidR="00032AE9" w:rsidRDefault="00140519">
            <w:pPr>
              <w:pStyle w:val="FieldInput"/>
            </w:pPr>
            <w:r>
              <w:rPr>
                <w:i/>
                <w:color w:val="84989B"/>
              </w:rPr>
              <w:t>Click here to type</w:t>
            </w:r>
          </w:p>
        </w:tc>
      </w:tr>
      <w:tr w:rsidR="00032AE9" w14:paraId="4419E518" w14:textId="77777777">
        <w:trPr>
          <w:cantSplit/>
          <w:trHeight w:val="835"/>
          <w:jc w:val="center"/>
        </w:trPr>
        <w:tc>
          <w:tcPr>
            <w:tcW w:w="4622" w:type="dxa"/>
            <w:tcBorders>
              <w:bottom w:val="single" w:sz="4" w:space="0" w:color="CCDDDF"/>
            </w:tcBorders>
            <w:shd w:val="clear" w:color="auto" w:fill="F3F8F8"/>
          </w:tcPr>
          <w:p w14:paraId="678B7514" w14:textId="77777777" w:rsidR="00032AE9" w:rsidRDefault="00140519">
            <w:pPr>
              <w:pStyle w:val="FieldLabel"/>
              <w:keepNext/>
            </w:pPr>
            <w:r>
              <w:rPr>
                <w:b/>
              </w:rPr>
              <w:t>FROM (MONTH/YEAR)</w:t>
            </w:r>
          </w:p>
          <w:p w14:paraId="6C177D3E"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5C2CB2D3" w14:textId="77777777" w:rsidR="00032AE9" w:rsidRDefault="00140519">
            <w:pPr>
              <w:pStyle w:val="FieldLabel"/>
              <w:keepNext/>
            </w:pPr>
            <w:r>
              <w:rPr>
                <w:b/>
              </w:rPr>
              <w:t>TO (MONTH/YEAR OR PRESENT)</w:t>
            </w:r>
          </w:p>
          <w:p w14:paraId="39D539DF" w14:textId="77777777" w:rsidR="00032AE9" w:rsidRDefault="00140519">
            <w:pPr>
              <w:pStyle w:val="FieldInput"/>
            </w:pPr>
            <w:r>
              <w:rPr>
                <w:i/>
                <w:color w:val="84989B"/>
              </w:rPr>
              <w:t>Click here to type</w:t>
            </w:r>
          </w:p>
        </w:tc>
      </w:tr>
    </w:tbl>
    <w:p w14:paraId="3076B5B1" w14:textId="77777777" w:rsidR="00032AE9" w:rsidRDefault="00140519">
      <w:pPr>
        <w:spacing w:after="0" w:line="240" w:lineRule="auto"/>
      </w:pPr>
      <w:r>
        <w:rPr>
          <w:sz w:val="6"/>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1946F677" w14:textId="77777777">
        <w:trPr>
          <w:cantSplit/>
          <w:trHeight w:val="893"/>
        </w:trPr>
        <w:tc>
          <w:tcPr>
            <w:tcW w:w="9490" w:type="dxa"/>
            <w:tcBorders>
              <w:bottom w:val="single" w:sz="4" w:space="0" w:color="CCDDDF"/>
            </w:tcBorders>
            <w:shd w:val="clear" w:color="auto" w:fill="F3F8F8"/>
          </w:tcPr>
          <w:p w14:paraId="55251753" w14:textId="77777777" w:rsidR="00032AE9" w:rsidRDefault="00140519">
            <w:pPr>
              <w:pStyle w:val="FieldLabel"/>
              <w:keepNext/>
            </w:pPr>
            <w:r>
              <w:rPr>
                <w:b/>
              </w:rPr>
              <w:t>MAIN RESPONSIBILITIES AND ACHIEVEMENTS</w:t>
            </w:r>
          </w:p>
          <w:p w14:paraId="0AFCA4B2" w14:textId="77777777" w:rsidR="00032AE9" w:rsidRDefault="00140519">
            <w:pPr>
              <w:pStyle w:val="FieldInput"/>
            </w:pPr>
            <w:r>
              <w:rPr>
                <w:i/>
                <w:color w:val="84989B"/>
              </w:rPr>
              <w:t>Click here to type a short summary</w:t>
            </w:r>
          </w:p>
        </w:tc>
      </w:tr>
    </w:tbl>
    <w:p w14:paraId="5269F6BD" w14:textId="77777777" w:rsidR="00032AE9" w:rsidRDefault="00140519">
      <w:pPr>
        <w:spacing w:after="0" w:line="240" w:lineRule="auto"/>
      </w:pPr>
      <w:r>
        <w:rPr>
          <w:sz w:val="14"/>
        </w:rPr>
        <w:t xml:space="preserve"> </w:t>
      </w:r>
    </w:p>
    <w:p w14:paraId="462BA3C0" w14:textId="77777777" w:rsidR="00032AE9" w:rsidRDefault="00140519">
      <w:pPr>
        <w:pStyle w:val="Micro"/>
        <w:spacing w:after="60"/>
      </w:pPr>
      <w:r>
        <w:rPr>
          <w:b/>
          <w:color w:val="376F7D"/>
        </w:rPr>
        <w:t>ROLE 03</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3EFF40FA" w14:textId="77777777">
        <w:trPr>
          <w:cantSplit/>
          <w:trHeight w:val="835"/>
          <w:jc w:val="center"/>
        </w:trPr>
        <w:tc>
          <w:tcPr>
            <w:tcW w:w="4622" w:type="dxa"/>
            <w:tcBorders>
              <w:bottom w:val="single" w:sz="4" w:space="0" w:color="CCDDDF"/>
            </w:tcBorders>
            <w:shd w:val="clear" w:color="auto" w:fill="F3F8F8"/>
          </w:tcPr>
          <w:p w14:paraId="1335D698" w14:textId="77777777" w:rsidR="00032AE9" w:rsidRDefault="00140519">
            <w:pPr>
              <w:pStyle w:val="FieldLabel"/>
              <w:keepNext/>
            </w:pPr>
            <w:r>
              <w:rPr>
                <w:b/>
              </w:rPr>
              <w:t>EMPLOYER OR ORGANISATION</w:t>
            </w:r>
          </w:p>
          <w:p w14:paraId="13763088"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3830846F" w14:textId="77777777" w:rsidR="00032AE9" w:rsidRDefault="00140519">
            <w:pPr>
              <w:pStyle w:val="FieldLabel"/>
              <w:keepNext/>
            </w:pPr>
            <w:r>
              <w:rPr>
                <w:b/>
              </w:rPr>
              <w:t>JOB TITLE OR RESPONSIBILITIES</w:t>
            </w:r>
          </w:p>
          <w:p w14:paraId="3855648D" w14:textId="77777777" w:rsidR="00032AE9" w:rsidRDefault="00140519">
            <w:pPr>
              <w:pStyle w:val="FieldInput"/>
            </w:pPr>
            <w:r>
              <w:rPr>
                <w:i/>
                <w:color w:val="84989B"/>
              </w:rPr>
              <w:t>Click here to type</w:t>
            </w:r>
          </w:p>
        </w:tc>
      </w:tr>
      <w:tr w:rsidR="00032AE9" w14:paraId="4F8EC468" w14:textId="77777777">
        <w:trPr>
          <w:cantSplit/>
          <w:trHeight w:val="835"/>
          <w:jc w:val="center"/>
        </w:trPr>
        <w:tc>
          <w:tcPr>
            <w:tcW w:w="4622" w:type="dxa"/>
            <w:tcBorders>
              <w:bottom w:val="single" w:sz="4" w:space="0" w:color="CCDDDF"/>
            </w:tcBorders>
            <w:shd w:val="clear" w:color="auto" w:fill="F3F8F8"/>
          </w:tcPr>
          <w:p w14:paraId="616C82CC" w14:textId="77777777" w:rsidR="00032AE9" w:rsidRDefault="00140519">
            <w:pPr>
              <w:pStyle w:val="FieldLabel"/>
              <w:keepNext/>
            </w:pPr>
            <w:r>
              <w:rPr>
                <w:b/>
              </w:rPr>
              <w:t>FROM (MONTH/YEAR)</w:t>
            </w:r>
          </w:p>
          <w:p w14:paraId="1AE2ACFF"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051360CC" w14:textId="77777777" w:rsidR="00032AE9" w:rsidRDefault="00140519">
            <w:pPr>
              <w:pStyle w:val="FieldLabel"/>
              <w:keepNext/>
            </w:pPr>
            <w:r>
              <w:rPr>
                <w:b/>
              </w:rPr>
              <w:t>TO (MONTH/YEAR OR PRESENT)</w:t>
            </w:r>
          </w:p>
          <w:p w14:paraId="53752163" w14:textId="77777777" w:rsidR="00032AE9" w:rsidRDefault="00140519">
            <w:pPr>
              <w:pStyle w:val="FieldInput"/>
            </w:pPr>
            <w:r>
              <w:rPr>
                <w:i/>
                <w:color w:val="84989B"/>
              </w:rPr>
              <w:t>Click here to type</w:t>
            </w:r>
          </w:p>
        </w:tc>
      </w:tr>
    </w:tbl>
    <w:p w14:paraId="3311A3C5" w14:textId="77777777" w:rsidR="00032AE9" w:rsidRDefault="00140519">
      <w:pPr>
        <w:spacing w:after="0" w:line="240" w:lineRule="auto"/>
      </w:pPr>
      <w:r>
        <w:rPr>
          <w:sz w:val="6"/>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73FF461C" w14:textId="77777777">
        <w:trPr>
          <w:cantSplit/>
          <w:trHeight w:val="893"/>
        </w:trPr>
        <w:tc>
          <w:tcPr>
            <w:tcW w:w="9490" w:type="dxa"/>
            <w:tcBorders>
              <w:bottom w:val="single" w:sz="4" w:space="0" w:color="CCDDDF"/>
            </w:tcBorders>
            <w:shd w:val="clear" w:color="auto" w:fill="F3F8F8"/>
          </w:tcPr>
          <w:p w14:paraId="46C49C2D" w14:textId="77777777" w:rsidR="00032AE9" w:rsidRDefault="00140519">
            <w:pPr>
              <w:pStyle w:val="FieldLabel"/>
              <w:keepNext/>
            </w:pPr>
            <w:r>
              <w:rPr>
                <w:b/>
              </w:rPr>
              <w:lastRenderedPageBreak/>
              <w:t>MAIN RESPONSIBILITIES AND ACHIEVEMENTS</w:t>
            </w:r>
          </w:p>
          <w:p w14:paraId="7FA83B7E" w14:textId="77777777" w:rsidR="00032AE9" w:rsidRDefault="00140519">
            <w:pPr>
              <w:pStyle w:val="FieldInput"/>
            </w:pPr>
            <w:r>
              <w:rPr>
                <w:i/>
                <w:color w:val="84989B"/>
              </w:rPr>
              <w:t>Click here to type a short summary</w:t>
            </w:r>
          </w:p>
        </w:tc>
      </w:tr>
    </w:tbl>
    <w:p w14:paraId="23318B3F" w14:textId="77777777" w:rsidR="00032AE9" w:rsidRDefault="00140519">
      <w:pPr>
        <w:spacing w:after="0" w:line="240" w:lineRule="auto"/>
      </w:pPr>
      <w:r>
        <w:rPr>
          <w:sz w:val="14"/>
        </w:rPr>
        <w:t xml:space="preserve"> </w:t>
      </w:r>
      <w:r>
        <w:br w:type="page"/>
      </w:r>
    </w:p>
    <w:p w14:paraId="3EB7B918" w14:textId="77777777" w:rsidR="00032AE9" w:rsidRDefault="00140519">
      <w:pPr>
        <w:pStyle w:val="Heading1"/>
      </w:pPr>
      <w:r>
        <w:rPr>
          <w:rFonts w:ascii="Lato" w:hAnsi="Lato"/>
          <w:color w:val="73B746"/>
          <w:sz w:val="20"/>
        </w:rPr>
        <w:lastRenderedPageBreak/>
        <w:t xml:space="preserve">05   </w:t>
      </w:r>
      <w:r>
        <w:t>Qualifications and professional development</w:t>
      </w:r>
    </w:p>
    <w:p w14:paraId="294492F4" w14:textId="77777777" w:rsidR="00032AE9" w:rsidRDefault="00140519">
      <w:pPr>
        <w:pStyle w:val="Directions"/>
        <w:spacing w:after="240"/>
      </w:pPr>
      <w:r>
        <w:t>List the qualifications, training or registrations relevant to this particular role. You can add rows or attach an additional page.</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6950391E" w14:textId="77777777">
        <w:trPr>
          <w:cantSplit/>
          <w:trHeight w:val="1094"/>
          <w:jc w:val="center"/>
        </w:trPr>
        <w:tc>
          <w:tcPr>
            <w:tcW w:w="4622" w:type="dxa"/>
            <w:tcBorders>
              <w:bottom w:val="single" w:sz="4" w:space="0" w:color="CCDDDF"/>
            </w:tcBorders>
            <w:shd w:val="clear" w:color="auto" w:fill="F3F8F8"/>
          </w:tcPr>
          <w:p w14:paraId="46C66E30" w14:textId="77777777" w:rsidR="00032AE9" w:rsidRDefault="00140519">
            <w:pPr>
              <w:pStyle w:val="FieldLabel"/>
              <w:keepNext/>
            </w:pPr>
            <w:r>
              <w:rPr>
                <w:b/>
              </w:rPr>
              <w:t>QUALIFICATION OR TRAINING 1</w:t>
            </w:r>
          </w:p>
          <w:p w14:paraId="457DEF38" w14:textId="77777777" w:rsidR="00032AE9" w:rsidRDefault="00140519">
            <w:pPr>
              <w:pStyle w:val="FieldInput"/>
            </w:pPr>
            <w:r>
              <w:rPr>
                <w:i/>
                <w:color w:val="84989B"/>
              </w:rPr>
              <w:t>Award / institution / year</w:t>
            </w:r>
          </w:p>
        </w:tc>
        <w:tc>
          <w:tcPr>
            <w:tcW w:w="4621" w:type="dxa"/>
            <w:tcBorders>
              <w:bottom w:val="single" w:sz="4" w:space="0" w:color="CCDDDF"/>
            </w:tcBorders>
            <w:shd w:val="clear" w:color="auto" w:fill="F3F8F8"/>
          </w:tcPr>
          <w:p w14:paraId="0B4F11A3" w14:textId="77777777" w:rsidR="00032AE9" w:rsidRDefault="00140519">
            <w:pPr>
              <w:pStyle w:val="FieldLabel"/>
              <w:keepNext/>
            </w:pPr>
            <w:r>
              <w:rPr>
                <w:b/>
              </w:rPr>
              <w:t>QUALIFICATION OR TRAINING 2</w:t>
            </w:r>
          </w:p>
          <w:p w14:paraId="736448F8" w14:textId="77777777" w:rsidR="00032AE9" w:rsidRDefault="00140519">
            <w:pPr>
              <w:pStyle w:val="FieldInput"/>
            </w:pPr>
            <w:r>
              <w:rPr>
                <w:i/>
                <w:color w:val="84989B"/>
              </w:rPr>
              <w:t>Award / institution / year</w:t>
            </w:r>
          </w:p>
        </w:tc>
      </w:tr>
      <w:tr w:rsidR="00032AE9" w14:paraId="153BDC0B" w14:textId="77777777">
        <w:trPr>
          <w:cantSplit/>
          <w:trHeight w:val="1094"/>
          <w:jc w:val="center"/>
        </w:trPr>
        <w:tc>
          <w:tcPr>
            <w:tcW w:w="4622" w:type="dxa"/>
            <w:tcBorders>
              <w:bottom w:val="single" w:sz="4" w:space="0" w:color="CCDDDF"/>
            </w:tcBorders>
            <w:shd w:val="clear" w:color="auto" w:fill="F3F8F8"/>
          </w:tcPr>
          <w:p w14:paraId="45AC2ACF" w14:textId="77777777" w:rsidR="00032AE9" w:rsidRDefault="00140519">
            <w:pPr>
              <w:pStyle w:val="FieldLabel"/>
              <w:keepNext/>
            </w:pPr>
            <w:r>
              <w:rPr>
                <w:b/>
              </w:rPr>
              <w:t>QUALIFICATION OR TRAINING 3</w:t>
            </w:r>
          </w:p>
          <w:p w14:paraId="78F32B27" w14:textId="77777777" w:rsidR="00032AE9" w:rsidRDefault="00140519">
            <w:pPr>
              <w:pStyle w:val="FieldInput"/>
            </w:pPr>
            <w:r>
              <w:rPr>
                <w:i/>
                <w:color w:val="84989B"/>
              </w:rPr>
              <w:t>Award / institution / year</w:t>
            </w:r>
          </w:p>
        </w:tc>
        <w:tc>
          <w:tcPr>
            <w:tcW w:w="4621" w:type="dxa"/>
            <w:tcBorders>
              <w:bottom w:val="single" w:sz="4" w:space="0" w:color="CCDDDF"/>
            </w:tcBorders>
            <w:shd w:val="clear" w:color="auto" w:fill="F3F8F8"/>
          </w:tcPr>
          <w:p w14:paraId="23CB5CD9" w14:textId="77777777" w:rsidR="00032AE9" w:rsidRDefault="00140519">
            <w:pPr>
              <w:pStyle w:val="FieldLabel"/>
              <w:keepNext/>
            </w:pPr>
            <w:r>
              <w:rPr>
                <w:b/>
              </w:rPr>
              <w:t>QUALIFICATION OR TRAINING 4</w:t>
            </w:r>
          </w:p>
          <w:p w14:paraId="4BB5B70A" w14:textId="77777777" w:rsidR="00032AE9" w:rsidRDefault="00140519">
            <w:pPr>
              <w:pStyle w:val="FieldInput"/>
            </w:pPr>
            <w:r>
              <w:rPr>
                <w:i/>
                <w:color w:val="84989B"/>
              </w:rPr>
              <w:t>Award / institution / year</w:t>
            </w:r>
          </w:p>
        </w:tc>
      </w:tr>
    </w:tbl>
    <w:p w14:paraId="34754A91" w14:textId="77777777" w:rsidR="00032AE9" w:rsidRDefault="00140519">
      <w:pPr>
        <w:spacing w:after="0" w:line="240" w:lineRule="auto"/>
      </w:pPr>
      <w:r>
        <w:rPr>
          <w:sz w:val="14"/>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49BE6CC0" w14:textId="77777777">
        <w:trPr>
          <w:cantSplit/>
          <w:trHeight w:val="1296"/>
        </w:trPr>
        <w:tc>
          <w:tcPr>
            <w:tcW w:w="9490" w:type="dxa"/>
            <w:tcBorders>
              <w:bottom w:val="single" w:sz="4" w:space="0" w:color="CCDDDF"/>
            </w:tcBorders>
            <w:shd w:val="clear" w:color="auto" w:fill="F3F8F8"/>
          </w:tcPr>
          <w:p w14:paraId="12BA7BD6" w14:textId="77777777" w:rsidR="00032AE9" w:rsidRDefault="00140519">
            <w:pPr>
              <w:pStyle w:val="FieldLabel"/>
              <w:keepNext/>
            </w:pPr>
            <w:r>
              <w:rPr>
                <w:b/>
              </w:rPr>
              <w:t>PROFESSIONAL MEMBERSHIPS, ACCREDITATION OR REGISTRATIONS (WHERE RELEVANT)</w:t>
            </w:r>
          </w:p>
          <w:p w14:paraId="172D8E72" w14:textId="77777777" w:rsidR="00032AE9" w:rsidRDefault="00140519">
            <w:pPr>
              <w:pStyle w:val="FieldInput"/>
            </w:pPr>
            <w:r>
              <w:rPr>
                <w:i/>
                <w:color w:val="84989B"/>
              </w:rPr>
              <w:t>Click here to type your answer. This area will expand as you write.</w:t>
            </w:r>
          </w:p>
        </w:tc>
      </w:tr>
    </w:tbl>
    <w:p w14:paraId="295EEA94" w14:textId="77777777" w:rsidR="00032AE9" w:rsidRDefault="00140519">
      <w:pPr>
        <w:spacing w:after="0" w:line="240" w:lineRule="auto"/>
      </w:pPr>
      <w:r>
        <w:rPr>
          <w:sz w:val="14"/>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65A9261A" w14:textId="77777777">
        <w:trPr>
          <w:cantSplit/>
          <w:trHeight w:val="1152"/>
        </w:trPr>
        <w:tc>
          <w:tcPr>
            <w:tcW w:w="9490" w:type="dxa"/>
            <w:tcBorders>
              <w:bottom w:val="single" w:sz="4" w:space="0" w:color="CCDDDF"/>
            </w:tcBorders>
            <w:shd w:val="clear" w:color="auto" w:fill="F3F8F8"/>
          </w:tcPr>
          <w:p w14:paraId="3959E7AA" w14:textId="77777777" w:rsidR="00032AE9" w:rsidRDefault="00140519">
            <w:pPr>
              <w:pStyle w:val="FieldLabel"/>
              <w:keepNext/>
            </w:pPr>
            <w:r>
              <w:rPr>
                <w:b/>
              </w:rPr>
              <w:t>SAFEGUARDING OR OTHER SPECIALIST TRAINING RELEVANT TO THE ROLE (OPTIONAL)</w:t>
            </w:r>
          </w:p>
          <w:p w14:paraId="49192B91" w14:textId="77777777" w:rsidR="00032AE9" w:rsidRDefault="00140519">
            <w:pPr>
              <w:pStyle w:val="FieldInput"/>
            </w:pPr>
            <w:r>
              <w:rPr>
                <w:i/>
                <w:color w:val="84989B"/>
              </w:rPr>
              <w:t>Click here to type your answer. This area will expand as you write.</w:t>
            </w:r>
          </w:p>
        </w:tc>
      </w:tr>
    </w:tbl>
    <w:p w14:paraId="252797C7" w14:textId="77777777" w:rsidR="00032AE9" w:rsidRDefault="00140519">
      <w:pPr>
        <w:spacing w:after="0" w:line="240" w:lineRule="auto"/>
      </w:pPr>
      <w:r>
        <w:rPr>
          <w:sz w:val="14"/>
        </w:rPr>
        <w:t xml:space="preserve"> </w:t>
      </w:r>
    </w:p>
    <w:p w14:paraId="7AF66915" w14:textId="77777777" w:rsidR="00032AE9" w:rsidRDefault="00140519">
      <w:pPr>
        <w:pStyle w:val="Heading1"/>
      </w:pPr>
      <w:r>
        <w:rPr>
          <w:rFonts w:ascii="Lato" w:hAnsi="Lato"/>
          <w:color w:val="73B746"/>
          <w:sz w:val="20"/>
        </w:rPr>
        <w:t xml:space="preserve">06   </w:t>
      </w:r>
      <w:r>
        <w:t>Your supporting statement</w:t>
      </w:r>
    </w:p>
    <w:p w14:paraId="5A2A48E2" w14:textId="77777777" w:rsidR="00032AE9" w:rsidRDefault="00140519">
      <w:pPr>
        <w:pStyle w:val="Directions"/>
        <w:spacing w:after="240"/>
      </w:pPr>
      <w:r>
        <w:t>Please respond to the published selection criteria. Give specific examples from employment, ministry, voluntary work or other experience. Each response area expands when you type.</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658C5E61" w14:textId="77777777">
        <w:trPr>
          <w:cantSplit/>
          <w:trHeight w:val="2880"/>
        </w:trPr>
        <w:tc>
          <w:tcPr>
            <w:tcW w:w="9490" w:type="dxa"/>
            <w:tcBorders>
              <w:bottom w:val="single" w:sz="4" w:space="0" w:color="CCDDDF"/>
            </w:tcBorders>
            <w:shd w:val="clear" w:color="auto" w:fill="F3F8F8"/>
          </w:tcPr>
          <w:p w14:paraId="233AE27D" w14:textId="77777777" w:rsidR="00032AE9" w:rsidRDefault="00140519">
            <w:pPr>
              <w:pStyle w:val="FieldLabel"/>
              <w:keepNext/>
            </w:pPr>
            <w:r>
              <w:rPr>
                <w:b/>
              </w:rPr>
              <w:t>WHY ARE YOU APPLYING FOR THIS ROLE AND WHY SPIRITUS THEOLOGICAL COLLEGE?</w:t>
            </w:r>
          </w:p>
          <w:p w14:paraId="250FADD4" w14:textId="77777777" w:rsidR="00032AE9" w:rsidRDefault="00140519">
            <w:pPr>
              <w:pStyle w:val="FieldInput"/>
            </w:pPr>
            <w:r>
              <w:rPr>
                <w:i/>
                <w:color w:val="84989B"/>
              </w:rPr>
              <w:t>Click here to type your answer. This area will expand as you write.</w:t>
            </w:r>
          </w:p>
        </w:tc>
      </w:tr>
    </w:tbl>
    <w:p w14:paraId="550D8A33" w14:textId="77777777" w:rsidR="00032AE9" w:rsidRDefault="00140519">
      <w:pPr>
        <w:spacing w:after="0" w:line="240" w:lineRule="auto"/>
      </w:pPr>
      <w:r>
        <w:rPr>
          <w:sz w:val="14"/>
        </w:rPr>
        <w:t xml:space="preserve"> </w:t>
      </w:r>
      <w:r>
        <w:br w:type="page"/>
      </w:r>
    </w:p>
    <w:p w14:paraId="037BB400" w14:textId="77777777" w:rsidR="00032AE9" w:rsidRDefault="00140519">
      <w:pPr>
        <w:pStyle w:val="Heading1"/>
      </w:pPr>
      <w:r>
        <w:rPr>
          <w:rFonts w:ascii="Lato" w:hAnsi="Lato"/>
          <w:color w:val="73B746"/>
          <w:sz w:val="20"/>
        </w:rPr>
        <w:lastRenderedPageBreak/>
        <w:t xml:space="preserve">06   </w:t>
      </w:r>
      <w:r>
        <w:t>Your supporting statement (continued)</w:t>
      </w:r>
    </w:p>
    <w:p w14:paraId="3BB525F0" w14:textId="77777777" w:rsidR="00032AE9" w:rsidRDefault="00140519">
      <w:pPr>
        <w:pStyle w:val="Directions"/>
        <w:spacing w:after="240"/>
      </w:pPr>
      <w:r>
        <w:t xml:space="preserve">You may provide further </w:t>
      </w:r>
      <w:proofErr w:type="gramStart"/>
      <w:r>
        <w:t>detail</w:t>
      </w:r>
      <w:proofErr w:type="gramEnd"/>
      <w:r>
        <w:t xml:space="preserve"> on an additional page if the advertisement allows this.</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0924781F" w14:textId="77777777">
        <w:trPr>
          <w:cantSplit/>
          <w:trHeight w:val="4392"/>
        </w:trPr>
        <w:tc>
          <w:tcPr>
            <w:tcW w:w="9490" w:type="dxa"/>
            <w:tcBorders>
              <w:bottom w:val="single" w:sz="4" w:space="0" w:color="CCDDDF"/>
            </w:tcBorders>
            <w:shd w:val="clear" w:color="auto" w:fill="F3F8F8"/>
          </w:tcPr>
          <w:p w14:paraId="2F7D3C09" w14:textId="77777777" w:rsidR="00032AE9" w:rsidRDefault="00140519">
            <w:pPr>
              <w:pStyle w:val="FieldLabel"/>
              <w:keepNext/>
            </w:pPr>
            <w:r>
              <w:rPr>
                <w:b/>
              </w:rPr>
              <w:t>HOW DO YOUR SKILLS, KNOWLEDGE AND EXPERIENCE MEET THE ESSENTIAL CRITERIA IN THE PERSON SPECIFICATION?</w:t>
            </w:r>
          </w:p>
          <w:p w14:paraId="7274E28F" w14:textId="77777777" w:rsidR="00032AE9" w:rsidRDefault="00140519">
            <w:pPr>
              <w:pStyle w:val="FieldInput"/>
            </w:pPr>
            <w:r>
              <w:rPr>
                <w:i/>
                <w:color w:val="84989B"/>
              </w:rPr>
              <w:t>Click here to type your answer. This area will expand as you write.</w:t>
            </w:r>
          </w:p>
        </w:tc>
      </w:tr>
    </w:tbl>
    <w:p w14:paraId="5720ED97" w14:textId="77777777" w:rsidR="00032AE9" w:rsidRDefault="00140519">
      <w:pPr>
        <w:spacing w:after="0" w:line="240" w:lineRule="auto"/>
      </w:pPr>
      <w:r>
        <w:rPr>
          <w:sz w:val="14"/>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03276EC8" w14:textId="77777777">
        <w:trPr>
          <w:cantSplit/>
          <w:trHeight w:val="3744"/>
        </w:trPr>
        <w:tc>
          <w:tcPr>
            <w:tcW w:w="9490" w:type="dxa"/>
            <w:tcBorders>
              <w:bottom w:val="single" w:sz="4" w:space="0" w:color="CCDDDF"/>
            </w:tcBorders>
            <w:shd w:val="clear" w:color="auto" w:fill="F3F8F8"/>
          </w:tcPr>
          <w:p w14:paraId="254799C4" w14:textId="77777777" w:rsidR="00032AE9" w:rsidRDefault="00140519">
            <w:pPr>
              <w:pStyle w:val="FieldLabel"/>
              <w:keepNext/>
            </w:pPr>
            <w:r>
              <w:rPr>
                <w:b/>
              </w:rPr>
              <w:t>GIVE AN EXAMPLE OF A PIECE OF WORK, ACHIEVEMENT OR SITUATION WHICH DEMONSTRATES YOUR SUITABILITY FOR THIS ROLE.</w:t>
            </w:r>
          </w:p>
          <w:p w14:paraId="46E2BADC" w14:textId="77777777" w:rsidR="00032AE9" w:rsidRDefault="00140519">
            <w:pPr>
              <w:pStyle w:val="FieldInput"/>
            </w:pPr>
            <w:r>
              <w:rPr>
                <w:i/>
                <w:color w:val="84989B"/>
              </w:rPr>
              <w:t>Click here to type your answer. This area will expand as you write.</w:t>
            </w:r>
          </w:p>
        </w:tc>
      </w:tr>
    </w:tbl>
    <w:p w14:paraId="1AD18E81" w14:textId="77777777" w:rsidR="00032AE9" w:rsidRDefault="00140519">
      <w:pPr>
        <w:spacing w:after="0" w:line="240" w:lineRule="auto"/>
      </w:pPr>
      <w:r>
        <w:rPr>
          <w:sz w:val="14"/>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004E5971" w14:textId="77777777">
        <w:trPr>
          <w:cantSplit/>
          <w:trHeight w:val="1656"/>
        </w:trPr>
        <w:tc>
          <w:tcPr>
            <w:tcW w:w="9490" w:type="dxa"/>
            <w:tcBorders>
              <w:bottom w:val="single" w:sz="4" w:space="0" w:color="CCDDDF"/>
            </w:tcBorders>
            <w:shd w:val="clear" w:color="auto" w:fill="F3F8F8"/>
          </w:tcPr>
          <w:p w14:paraId="7454A5E8" w14:textId="77777777" w:rsidR="00032AE9" w:rsidRDefault="00140519">
            <w:pPr>
              <w:pStyle w:val="FieldLabel"/>
              <w:keepNext/>
            </w:pPr>
            <w:r>
              <w:rPr>
                <w:b/>
              </w:rPr>
              <w:t>ANY OTHER INFORMATION RELEVANT TO YOUR APPLICATION (OPTIONAL)</w:t>
            </w:r>
          </w:p>
          <w:p w14:paraId="6E6DAB37" w14:textId="77777777" w:rsidR="00032AE9" w:rsidRDefault="00140519">
            <w:pPr>
              <w:pStyle w:val="FieldInput"/>
            </w:pPr>
            <w:r>
              <w:rPr>
                <w:i/>
                <w:color w:val="84989B"/>
              </w:rPr>
              <w:t>Click here to type your answer. This area will expand as you write.</w:t>
            </w:r>
          </w:p>
        </w:tc>
      </w:tr>
    </w:tbl>
    <w:p w14:paraId="58C9EC49" w14:textId="77777777" w:rsidR="00032AE9" w:rsidRDefault="00140519">
      <w:pPr>
        <w:spacing w:after="0" w:line="240" w:lineRule="auto"/>
      </w:pPr>
      <w:r>
        <w:rPr>
          <w:sz w:val="14"/>
        </w:rPr>
        <w:t xml:space="preserve"> </w:t>
      </w:r>
      <w:r>
        <w:br w:type="page"/>
      </w:r>
    </w:p>
    <w:p w14:paraId="557A9B1D" w14:textId="77777777" w:rsidR="00032AE9" w:rsidRDefault="00140519">
      <w:pPr>
        <w:pStyle w:val="Heading1"/>
      </w:pPr>
      <w:r>
        <w:rPr>
          <w:rFonts w:ascii="Lato" w:hAnsi="Lato"/>
          <w:color w:val="73B746"/>
          <w:sz w:val="20"/>
        </w:rPr>
        <w:lastRenderedPageBreak/>
        <w:t xml:space="preserve">07   </w:t>
      </w:r>
      <w:r>
        <w:t>References</w:t>
      </w:r>
    </w:p>
    <w:p w14:paraId="5B9D93A8" w14:textId="09F5A7FB" w:rsidR="00032AE9" w:rsidRDefault="00140519">
      <w:pPr>
        <w:pStyle w:val="Directions"/>
        <w:spacing w:after="240"/>
      </w:pPr>
      <w:r>
        <w:t xml:space="preserve">Please provide the details of two referees who can comment on your suitability. One should normally be your current or most recent employer, line manager or equivalent, where practicable. Please ask both referees to send their references directly to </w:t>
      </w:r>
      <w:r w:rsidR="00E83E63">
        <w:t>lucy.larkin@spirituscollege.ac.uk</w:t>
      </w:r>
      <w:r>
        <w:t xml:space="preserve"> by the closing date for the vacancy.</w:t>
      </w:r>
    </w:p>
    <w:p w14:paraId="473671FE" w14:textId="77777777" w:rsidR="00032AE9" w:rsidRDefault="00140519">
      <w:pPr>
        <w:pStyle w:val="Micro"/>
        <w:spacing w:after="60"/>
      </w:pPr>
      <w:r>
        <w:rPr>
          <w:b/>
          <w:color w:val="376F7D"/>
        </w:rPr>
        <w:t>REFEREE 01</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1DFCB042" w14:textId="77777777">
        <w:trPr>
          <w:cantSplit/>
          <w:trHeight w:val="835"/>
          <w:jc w:val="center"/>
        </w:trPr>
        <w:tc>
          <w:tcPr>
            <w:tcW w:w="4622" w:type="dxa"/>
            <w:tcBorders>
              <w:bottom w:val="single" w:sz="4" w:space="0" w:color="CCDDDF"/>
            </w:tcBorders>
            <w:shd w:val="clear" w:color="auto" w:fill="F3F8F8"/>
          </w:tcPr>
          <w:p w14:paraId="0EBFEE93" w14:textId="77777777" w:rsidR="00032AE9" w:rsidRDefault="00140519">
            <w:pPr>
              <w:pStyle w:val="FieldLabel"/>
              <w:keepNext/>
            </w:pPr>
            <w:r>
              <w:rPr>
                <w:b/>
              </w:rPr>
              <w:t>FULL NAME</w:t>
            </w:r>
          </w:p>
          <w:p w14:paraId="743033F3"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7845D41B" w14:textId="77777777" w:rsidR="00032AE9" w:rsidRDefault="00140519">
            <w:pPr>
              <w:pStyle w:val="FieldLabel"/>
              <w:keepNext/>
            </w:pPr>
            <w:r>
              <w:rPr>
                <w:b/>
              </w:rPr>
              <w:t>JOB TITLE AND ORGANISATION</w:t>
            </w:r>
          </w:p>
          <w:p w14:paraId="29E70021" w14:textId="77777777" w:rsidR="00032AE9" w:rsidRDefault="00140519">
            <w:pPr>
              <w:pStyle w:val="FieldInput"/>
            </w:pPr>
            <w:r>
              <w:rPr>
                <w:i/>
                <w:color w:val="84989B"/>
              </w:rPr>
              <w:t>Click here to type</w:t>
            </w:r>
          </w:p>
        </w:tc>
      </w:tr>
      <w:tr w:rsidR="00032AE9" w14:paraId="149EA300" w14:textId="77777777">
        <w:trPr>
          <w:cantSplit/>
          <w:trHeight w:val="835"/>
          <w:jc w:val="center"/>
        </w:trPr>
        <w:tc>
          <w:tcPr>
            <w:tcW w:w="4622" w:type="dxa"/>
            <w:tcBorders>
              <w:bottom w:val="single" w:sz="4" w:space="0" w:color="CCDDDF"/>
            </w:tcBorders>
            <w:shd w:val="clear" w:color="auto" w:fill="F3F8F8"/>
          </w:tcPr>
          <w:p w14:paraId="02028549" w14:textId="77777777" w:rsidR="00032AE9" w:rsidRDefault="00140519">
            <w:pPr>
              <w:pStyle w:val="FieldLabel"/>
              <w:keepNext/>
            </w:pPr>
            <w:r>
              <w:rPr>
                <w:b/>
              </w:rPr>
              <w:t>EMAIL ADDRESS</w:t>
            </w:r>
          </w:p>
          <w:p w14:paraId="35BFE290"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1D638C21" w14:textId="77777777" w:rsidR="00032AE9" w:rsidRDefault="00140519">
            <w:pPr>
              <w:pStyle w:val="FieldLabel"/>
              <w:keepNext/>
            </w:pPr>
            <w:r>
              <w:rPr>
                <w:b/>
              </w:rPr>
              <w:t>TELEPHONE NUMBER</w:t>
            </w:r>
          </w:p>
          <w:p w14:paraId="0F0381FE" w14:textId="77777777" w:rsidR="00032AE9" w:rsidRDefault="00140519">
            <w:pPr>
              <w:pStyle w:val="FieldInput"/>
            </w:pPr>
            <w:r>
              <w:rPr>
                <w:i/>
                <w:color w:val="84989B"/>
              </w:rPr>
              <w:t>Click here to type</w:t>
            </w:r>
          </w:p>
        </w:tc>
      </w:tr>
      <w:tr w:rsidR="00032AE9" w14:paraId="075C0885" w14:textId="77777777">
        <w:trPr>
          <w:cantSplit/>
          <w:trHeight w:val="835"/>
          <w:jc w:val="center"/>
        </w:trPr>
        <w:tc>
          <w:tcPr>
            <w:tcW w:w="9243" w:type="dxa"/>
            <w:gridSpan w:val="2"/>
            <w:tcBorders>
              <w:bottom w:val="single" w:sz="4" w:space="0" w:color="CCDDDF"/>
            </w:tcBorders>
            <w:shd w:val="clear" w:color="auto" w:fill="F3F8F8"/>
          </w:tcPr>
          <w:p w14:paraId="24DFF38B" w14:textId="77777777" w:rsidR="00032AE9" w:rsidRDefault="00140519">
            <w:pPr>
              <w:pStyle w:val="FieldLabel"/>
              <w:keepNext/>
            </w:pPr>
            <w:r>
              <w:rPr>
                <w:b/>
              </w:rPr>
              <w:t>RELATIONSHIP TO YOU</w:t>
            </w:r>
          </w:p>
          <w:p w14:paraId="3E8EEC58" w14:textId="77777777" w:rsidR="00032AE9" w:rsidRDefault="00140519">
            <w:pPr>
              <w:pStyle w:val="FieldInput"/>
            </w:pPr>
            <w:r>
              <w:rPr>
                <w:i/>
                <w:color w:val="84989B"/>
              </w:rPr>
              <w:t>Click here to type</w:t>
            </w:r>
          </w:p>
          <w:p w14:paraId="0C0DC570" w14:textId="77777777" w:rsidR="00032AE9" w:rsidRDefault="00032AE9"/>
        </w:tc>
      </w:tr>
    </w:tbl>
    <w:p w14:paraId="70BF9DF2" w14:textId="77777777" w:rsidR="00032AE9" w:rsidRDefault="00140519">
      <w:pPr>
        <w:spacing w:after="0" w:line="240" w:lineRule="auto"/>
      </w:pPr>
      <w:r>
        <w:rPr>
          <w:sz w:val="18"/>
        </w:rPr>
        <w:t xml:space="preserve"> </w:t>
      </w:r>
    </w:p>
    <w:p w14:paraId="021B3FA2" w14:textId="77777777" w:rsidR="00032AE9" w:rsidRDefault="00140519">
      <w:pPr>
        <w:pStyle w:val="Micro"/>
        <w:spacing w:after="60"/>
      </w:pPr>
      <w:r>
        <w:rPr>
          <w:b/>
          <w:color w:val="376F7D"/>
        </w:rPr>
        <w:t>REFEREE 02</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42D32A6C" w14:textId="77777777">
        <w:trPr>
          <w:cantSplit/>
          <w:trHeight w:val="835"/>
          <w:jc w:val="center"/>
        </w:trPr>
        <w:tc>
          <w:tcPr>
            <w:tcW w:w="4622" w:type="dxa"/>
            <w:tcBorders>
              <w:bottom w:val="single" w:sz="4" w:space="0" w:color="CCDDDF"/>
            </w:tcBorders>
            <w:shd w:val="clear" w:color="auto" w:fill="F3F8F8"/>
          </w:tcPr>
          <w:p w14:paraId="6A64E0EC" w14:textId="77777777" w:rsidR="00032AE9" w:rsidRDefault="00140519">
            <w:pPr>
              <w:pStyle w:val="FieldLabel"/>
              <w:keepNext/>
            </w:pPr>
            <w:r>
              <w:rPr>
                <w:b/>
              </w:rPr>
              <w:t>FULL NAME</w:t>
            </w:r>
          </w:p>
          <w:p w14:paraId="3B15AAFC"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494D4995" w14:textId="77777777" w:rsidR="00032AE9" w:rsidRDefault="00140519">
            <w:pPr>
              <w:pStyle w:val="FieldLabel"/>
              <w:keepNext/>
            </w:pPr>
            <w:r>
              <w:rPr>
                <w:b/>
              </w:rPr>
              <w:t>JOB TITLE AND ORGANISATION</w:t>
            </w:r>
          </w:p>
          <w:p w14:paraId="350CB046" w14:textId="77777777" w:rsidR="00032AE9" w:rsidRDefault="00140519">
            <w:pPr>
              <w:pStyle w:val="FieldInput"/>
            </w:pPr>
            <w:r>
              <w:rPr>
                <w:i/>
                <w:color w:val="84989B"/>
              </w:rPr>
              <w:t>Click here to type</w:t>
            </w:r>
          </w:p>
        </w:tc>
      </w:tr>
      <w:tr w:rsidR="00032AE9" w14:paraId="7769DCC5" w14:textId="77777777">
        <w:trPr>
          <w:cantSplit/>
          <w:trHeight w:val="835"/>
          <w:jc w:val="center"/>
        </w:trPr>
        <w:tc>
          <w:tcPr>
            <w:tcW w:w="4622" w:type="dxa"/>
            <w:tcBorders>
              <w:bottom w:val="single" w:sz="4" w:space="0" w:color="CCDDDF"/>
            </w:tcBorders>
            <w:shd w:val="clear" w:color="auto" w:fill="F3F8F8"/>
          </w:tcPr>
          <w:p w14:paraId="3A0F4588" w14:textId="77777777" w:rsidR="00032AE9" w:rsidRDefault="00140519">
            <w:pPr>
              <w:pStyle w:val="FieldLabel"/>
              <w:keepNext/>
            </w:pPr>
            <w:r>
              <w:rPr>
                <w:b/>
              </w:rPr>
              <w:t>EMAIL ADDRESS</w:t>
            </w:r>
          </w:p>
          <w:p w14:paraId="76EB3324"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3815E9E2" w14:textId="77777777" w:rsidR="00032AE9" w:rsidRDefault="00140519">
            <w:pPr>
              <w:pStyle w:val="FieldLabel"/>
              <w:keepNext/>
            </w:pPr>
            <w:r>
              <w:rPr>
                <w:b/>
              </w:rPr>
              <w:t>TELEPHONE NUMBER</w:t>
            </w:r>
          </w:p>
          <w:p w14:paraId="3BBA5C0B" w14:textId="77777777" w:rsidR="00032AE9" w:rsidRDefault="00140519">
            <w:pPr>
              <w:pStyle w:val="FieldInput"/>
            </w:pPr>
            <w:r>
              <w:rPr>
                <w:i/>
                <w:color w:val="84989B"/>
              </w:rPr>
              <w:t>Click here to type</w:t>
            </w:r>
          </w:p>
        </w:tc>
      </w:tr>
      <w:tr w:rsidR="00032AE9" w14:paraId="6B6E4321" w14:textId="77777777">
        <w:trPr>
          <w:cantSplit/>
          <w:trHeight w:val="835"/>
          <w:jc w:val="center"/>
        </w:trPr>
        <w:tc>
          <w:tcPr>
            <w:tcW w:w="9243" w:type="dxa"/>
            <w:gridSpan w:val="2"/>
            <w:tcBorders>
              <w:bottom w:val="single" w:sz="4" w:space="0" w:color="CCDDDF"/>
            </w:tcBorders>
            <w:shd w:val="clear" w:color="auto" w:fill="F3F8F8"/>
          </w:tcPr>
          <w:p w14:paraId="33477C69" w14:textId="77777777" w:rsidR="00032AE9" w:rsidRDefault="00140519">
            <w:pPr>
              <w:pStyle w:val="FieldLabel"/>
              <w:keepNext/>
            </w:pPr>
            <w:r>
              <w:rPr>
                <w:b/>
              </w:rPr>
              <w:t>RELATIONSHIP TO YOU</w:t>
            </w:r>
          </w:p>
          <w:p w14:paraId="587C91F3" w14:textId="77777777" w:rsidR="00032AE9" w:rsidRDefault="00140519">
            <w:pPr>
              <w:pStyle w:val="FieldInput"/>
            </w:pPr>
            <w:r>
              <w:rPr>
                <w:i/>
                <w:color w:val="84989B"/>
              </w:rPr>
              <w:t>Click here to type</w:t>
            </w:r>
          </w:p>
          <w:p w14:paraId="3DF7EDE5" w14:textId="77777777" w:rsidR="00032AE9" w:rsidRDefault="00032AE9"/>
        </w:tc>
      </w:tr>
    </w:tbl>
    <w:p w14:paraId="00123A22" w14:textId="77777777" w:rsidR="00032AE9" w:rsidRDefault="00140519">
      <w:pPr>
        <w:spacing w:after="0" w:line="240" w:lineRule="auto"/>
      </w:pPr>
      <w:r>
        <w:rPr>
          <w:sz w:val="18"/>
        </w:rPr>
        <w:t xml:space="preserve"> </w:t>
      </w:r>
    </w:p>
    <w:p w14:paraId="564CE877" w14:textId="77777777" w:rsidR="00032AE9" w:rsidRDefault="00140519">
      <w:pPr>
        <w:pStyle w:val="Heading1"/>
      </w:pPr>
      <w:r>
        <w:rPr>
          <w:rFonts w:ascii="Lato" w:hAnsi="Lato"/>
          <w:color w:val="73B746"/>
          <w:sz w:val="20"/>
        </w:rPr>
        <w:t xml:space="preserve">08   </w:t>
      </w:r>
      <w:r>
        <w:t>Further information</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2F16D5FF" w14:textId="77777777">
        <w:trPr>
          <w:cantSplit/>
          <w:trHeight w:val="979"/>
        </w:trPr>
        <w:tc>
          <w:tcPr>
            <w:tcW w:w="9490" w:type="dxa"/>
            <w:tcBorders>
              <w:bottom w:val="single" w:sz="4" w:space="0" w:color="CCDDDF"/>
            </w:tcBorders>
            <w:shd w:val="clear" w:color="auto" w:fill="F3F8F8"/>
          </w:tcPr>
          <w:p w14:paraId="5F7F0D53" w14:textId="77777777" w:rsidR="00032AE9" w:rsidRDefault="00140519">
            <w:pPr>
              <w:pStyle w:val="FieldLabel"/>
              <w:keepNext/>
            </w:pPr>
            <w:r>
              <w:rPr>
                <w:b/>
              </w:rPr>
              <w:t>RELEVANT EMPLOYMENT GAPS OR CAREER BREAKS (OPTIONAL)</w:t>
            </w:r>
          </w:p>
          <w:p w14:paraId="282F0671" w14:textId="77777777" w:rsidR="00032AE9" w:rsidRDefault="00140519">
            <w:pPr>
              <w:pStyle w:val="FieldInput"/>
            </w:pPr>
            <w:r>
              <w:rPr>
                <w:i/>
                <w:color w:val="84989B"/>
              </w:rPr>
              <w:t>Click here to type, if relevant</w:t>
            </w:r>
          </w:p>
        </w:tc>
      </w:tr>
    </w:tbl>
    <w:p w14:paraId="1A1C7347" w14:textId="77777777" w:rsidR="00032AE9" w:rsidRDefault="00140519">
      <w:pPr>
        <w:spacing w:after="0" w:line="240" w:lineRule="auto"/>
      </w:pPr>
      <w:r>
        <w:rPr>
          <w:sz w:val="14"/>
        </w:rPr>
        <w:t xml:space="preserve"> </w:t>
      </w:r>
    </w:p>
    <w:tbl>
      <w:tblPr>
        <w:tblW w:w="9490" w:type="dxa"/>
        <w:tblInd w:w="42" w:type="dxa"/>
        <w:tblLayout w:type="fixed"/>
        <w:tblCellMar>
          <w:top w:w="105" w:type="dxa"/>
          <w:left w:w="150" w:type="dxa"/>
          <w:bottom w:w="110" w:type="dxa"/>
          <w:right w:w="150" w:type="dxa"/>
        </w:tblCellMar>
        <w:tblLook w:val="04A0" w:firstRow="1" w:lastRow="0" w:firstColumn="1" w:lastColumn="0" w:noHBand="0" w:noVBand="1"/>
      </w:tblPr>
      <w:tblGrid>
        <w:gridCol w:w="9490"/>
      </w:tblGrid>
      <w:tr w:rsidR="00032AE9" w14:paraId="201847DA" w14:textId="77777777">
        <w:trPr>
          <w:cantSplit/>
          <w:trHeight w:val="1296"/>
        </w:trPr>
        <w:tc>
          <w:tcPr>
            <w:tcW w:w="9490" w:type="dxa"/>
            <w:tcBorders>
              <w:bottom w:val="single" w:sz="4" w:space="0" w:color="CCDDDF"/>
            </w:tcBorders>
            <w:shd w:val="clear" w:color="auto" w:fill="F3F8F8"/>
          </w:tcPr>
          <w:p w14:paraId="507F23E3" w14:textId="77777777" w:rsidR="00032AE9" w:rsidRDefault="00140519">
            <w:pPr>
              <w:pStyle w:val="FieldLabel"/>
              <w:keepNext/>
            </w:pPr>
            <w:r>
              <w:rPr>
                <w:b/>
              </w:rPr>
              <w:t>ANY POTENTIAL CONFLICT OF INTEREST RELATING TO THE ROLE (OPTIONAL)</w:t>
            </w:r>
          </w:p>
          <w:p w14:paraId="3890A50A" w14:textId="77777777" w:rsidR="00032AE9" w:rsidRDefault="00140519">
            <w:pPr>
              <w:pStyle w:val="FieldInput"/>
            </w:pPr>
            <w:r>
              <w:rPr>
                <w:i/>
                <w:color w:val="84989B"/>
              </w:rPr>
              <w:t>Click here to type, or write NONE</w:t>
            </w:r>
          </w:p>
        </w:tc>
      </w:tr>
    </w:tbl>
    <w:p w14:paraId="5E893A27" w14:textId="77777777" w:rsidR="00032AE9" w:rsidRDefault="00140519">
      <w:pPr>
        <w:spacing w:after="0" w:line="240" w:lineRule="auto"/>
      </w:pPr>
      <w:r>
        <w:rPr>
          <w:sz w:val="14"/>
        </w:rPr>
        <w:t xml:space="preserve"> </w:t>
      </w:r>
    </w:p>
    <w:p w14:paraId="5188E0B4" w14:textId="77777777" w:rsidR="00032AE9" w:rsidRDefault="00140519">
      <w:pPr>
        <w:pStyle w:val="Micro"/>
      </w:pPr>
      <w:r>
        <w:t>If you would prefer to discuss a sensitive issue privately, please contact the person responsible for the vacancy. Do not include special category personal information unless requested through an appropriate separate process.</w:t>
      </w:r>
      <w:r>
        <w:br w:type="page"/>
      </w:r>
    </w:p>
    <w:p w14:paraId="0B2140DF" w14:textId="77777777" w:rsidR="00032AE9" w:rsidRDefault="00140519">
      <w:pPr>
        <w:pStyle w:val="Heading1"/>
      </w:pPr>
      <w:r>
        <w:rPr>
          <w:rFonts w:ascii="Lato" w:hAnsi="Lato"/>
          <w:color w:val="73B746"/>
          <w:sz w:val="20"/>
        </w:rPr>
        <w:lastRenderedPageBreak/>
        <w:t xml:space="preserve">09   </w:t>
      </w:r>
      <w:r>
        <w:t>Applicant declarations</w:t>
      </w:r>
    </w:p>
    <w:p w14:paraId="15C25892" w14:textId="77777777" w:rsidR="00032AE9" w:rsidRDefault="00140519">
      <w:pPr>
        <w:pStyle w:val="Directions"/>
        <w:spacing w:after="240"/>
      </w:pPr>
      <w:r>
        <w:t>Please read each declaration and enter YES beside every statement to confirm your agreement before submitting the form. These declarations do not replace the usual recruitment checks or a later employment contract.</w:t>
      </w:r>
    </w:p>
    <w:tbl>
      <w:tblPr>
        <w:tblW w:w="9475" w:type="dxa"/>
        <w:jc w:val="center"/>
        <w:tblLayout w:type="fixed"/>
        <w:tblCellMar>
          <w:top w:w="140" w:type="dxa"/>
          <w:left w:w="120" w:type="dxa"/>
          <w:bottom w:w="110" w:type="dxa"/>
          <w:right w:w="120" w:type="dxa"/>
        </w:tblCellMar>
        <w:tblLook w:val="04A0" w:firstRow="1" w:lastRow="0" w:firstColumn="1" w:lastColumn="0" w:noHBand="0" w:noVBand="1"/>
      </w:tblPr>
      <w:tblGrid>
        <w:gridCol w:w="7891"/>
        <w:gridCol w:w="1584"/>
      </w:tblGrid>
      <w:tr w:rsidR="00032AE9" w14:paraId="5E18951E" w14:textId="77777777">
        <w:trPr>
          <w:cantSplit/>
          <w:jc w:val="center"/>
        </w:trPr>
        <w:tc>
          <w:tcPr>
            <w:tcW w:w="7890" w:type="dxa"/>
          </w:tcPr>
          <w:p w14:paraId="5BCC9D4C" w14:textId="77777777" w:rsidR="00032AE9" w:rsidRDefault="00140519">
            <w:pPr>
              <w:spacing w:after="60"/>
            </w:pPr>
            <w:r>
              <w:rPr>
                <w:b/>
                <w:color w:val="135469"/>
              </w:rPr>
              <w:t>Accuracy</w:t>
            </w:r>
          </w:p>
          <w:p w14:paraId="53BB58A8" w14:textId="77777777" w:rsidR="00032AE9" w:rsidRDefault="00140519">
            <w:pPr>
              <w:spacing w:after="0" w:line="254" w:lineRule="auto"/>
            </w:pPr>
            <w:r>
              <w:rPr>
                <w:sz w:val="18"/>
              </w:rPr>
              <w:t>I confirm that the information I have provided is accurate and complete to the best of my knowledge. I understand that a material misrepresentation or omission may affect my application or any subsequent employment, subject to a fair process.</w:t>
            </w:r>
          </w:p>
        </w:tc>
        <w:tc>
          <w:tcPr>
            <w:tcW w:w="1584" w:type="dxa"/>
            <w:tcBorders>
              <w:bottom w:val="single" w:sz="4" w:space="0" w:color="CCDDDF"/>
            </w:tcBorders>
            <w:shd w:val="clear" w:color="auto" w:fill="F3F8F8"/>
            <w:tcMar>
              <w:top w:w="170" w:type="dxa"/>
              <w:left w:w="100" w:type="dxa"/>
              <w:right w:w="100" w:type="dxa"/>
            </w:tcMar>
          </w:tcPr>
          <w:p w14:paraId="5544FC06" w14:textId="77777777" w:rsidR="00032AE9" w:rsidRDefault="00140519">
            <w:pPr>
              <w:pStyle w:val="FieldLabel"/>
              <w:jc w:val="center"/>
            </w:pPr>
            <w:r>
              <w:rPr>
                <w:b/>
              </w:rPr>
              <w:t>AGREED</w:t>
            </w:r>
          </w:p>
          <w:p w14:paraId="52854799" w14:textId="77777777" w:rsidR="00032AE9" w:rsidRDefault="00140519">
            <w:pPr>
              <w:jc w:val="center"/>
            </w:pPr>
            <w:r>
              <w:rPr>
                <w:i/>
                <w:color w:val="85979A"/>
                <w:sz w:val="18"/>
              </w:rPr>
              <w:t>Type YES</w:t>
            </w:r>
          </w:p>
        </w:tc>
      </w:tr>
    </w:tbl>
    <w:p w14:paraId="701D863F" w14:textId="77777777" w:rsidR="00032AE9" w:rsidRDefault="00140519">
      <w:pPr>
        <w:spacing w:after="0" w:line="240" w:lineRule="auto"/>
      </w:pPr>
      <w:r>
        <w:rPr>
          <w:sz w:val="10"/>
        </w:rPr>
        <w:t xml:space="preserve"> </w:t>
      </w:r>
    </w:p>
    <w:tbl>
      <w:tblPr>
        <w:tblW w:w="9475" w:type="dxa"/>
        <w:jc w:val="center"/>
        <w:tblLayout w:type="fixed"/>
        <w:tblCellMar>
          <w:top w:w="140" w:type="dxa"/>
          <w:left w:w="120" w:type="dxa"/>
          <w:bottom w:w="110" w:type="dxa"/>
          <w:right w:w="120" w:type="dxa"/>
        </w:tblCellMar>
        <w:tblLook w:val="04A0" w:firstRow="1" w:lastRow="0" w:firstColumn="1" w:lastColumn="0" w:noHBand="0" w:noVBand="1"/>
      </w:tblPr>
      <w:tblGrid>
        <w:gridCol w:w="7891"/>
        <w:gridCol w:w="1584"/>
      </w:tblGrid>
      <w:tr w:rsidR="00032AE9" w14:paraId="47846A8E" w14:textId="77777777">
        <w:trPr>
          <w:cantSplit/>
          <w:jc w:val="center"/>
        </w:trPr>
        <w:tc>
          <w:tcPr>
            <w:tcW w:w="7890" w:type="dxa"/>
          </w:tcPr>
          <w:p w14:paraId="37B423BC" w14:textId="77777777" w:rsidR="00032AE9" w:rsidRDefault="00140519">
            <w:pPr>
              <w:spacing w:after="60"/>
            </w:pPr>
            <w:r>
              <w:rPr>
                <w:b/>
                <w:color w:val="135469"/>
              </w:rPr>
              <w:t>Right to work</w:t>
            </w:r>
          </w:p>
          <w:p w14:paraId="14CBBF16" w14:textId="77777777" w:rsidR="00032AE9" w:rsidRDefault="00140519">
            <w:pPr>
              <w:spacing w:after="0" w:line="254" w:lineRule="auto"/>
            </w:pPr>
            <w:r>
              <w:rPr>
                <w:sz w:val="18"/>
              </w:rPr>
              <w:t>I understand that an appointment will be subject to appropriate checks of my right to work in the United Kingdom.</w:t>
            </w:r>
          </w:p>
        </w:tc>
        <w:tc>
          <w:tcPr>
            <w:tcW w:w="1584" w:type="dxa"/>
            <w:tcBorders>
              <w:bottom w:val="single" w:sz="4" w:space="0" w:color="CCDDDF"/>
            </w:tcBorders>
            <w:shd w:val="clear" w:color="auto" w:fill="F3F8F8"/>
            <w:tcMar>
              <w:top w:w="170" w:type="dxa"/>
              <w:left w:w="100" w:type="dxa"/>
              <w:right w:w="100" w:type="dxa"/>
            </w:tcMar>
          </w:tcPr>
          <w:p w14:paraId="676E7606" w14:textId="77777777" w:rsidR="00032AE9" w:rsidRDefault="00140519">
            <w:pPr>
              <w:pStyle w:val="FieldLabel"/>
              <w:jc w:val="center"/>
            </w:pPr>
            <w:r>
              <w:rPr>
                <w:b/>
              </w:rPr>
              <w:t>AGREED</w:t>
            </w:r>
          </w:p>
          <w:p w14:paraId="13B2A584" w14:textId="77777777" w:rsidR="00032AE9" w:rsidRDefault="00140519">
            <w:pPr>
              <w:jc w:val="center"/>
            </w:pPr>
            <w:r>
              <w:rPr>
                <w:i/>
                <w:color w:val="85979A"/>
                <w:sz w:val="18"/>
              </w:rPr>
              <w:t>Type YES</w:t>
            </w:r>
          </w:p>
        </w:tc>
      </w:tr>
    </w:tbl>
    <w:p w14:paraId="3DF8ACDE" w14:textId="77777777" w:rsidR="00032AE9" w:rsidRDefault="00140519">
      <w:pPr>
        <w:spacing w:after="0" w:line="240" w:lineRule="auto"/>
      </w:pPr>
      <w:r>
        <w:rPr>
          <w:sz w:val="10"/>
        </w:rPr>
        <w:t xml:space="preserve"> </w:t>
      </w:r>
    </w:p>
    <w:tbl>
      <w:tblPr>
        <w:tblW w:w="9475" w:type="dxa"/>
        <w:jc w:val="center"/>
        <w:tblLayout w:type="fixed"/>
        <w:tblCellMar>
          <w:top w:w="140" w:type="dxa"/>
          <w:left w:w="120" w:type="dxa"/>
          <w:bottom w:w="110" w:type="dxa"/>
          <w:right w:w="120" w:type="dxa"/>
        </w:tblCellMar>
        <w:tblLook w:val="04A0" w:firstRow="1" w:lastRow="0" w:firstColumn="1" w:lastColumn="0" w:noHBand="0" w:noVBand="1"/>
      </w:tblPr>
      <w:tblGrid>
        <w:gridCol w:w="7891"/>
        <w:gridCol w:w="1584"/>
      </w:tblGrid>
      <w:tr w:rsidR="00032AE9" w14:paraId="37FA3B21" w14:textId="77777777">
        <w:trPr>
          <w:cantSplit/>
          <w:jc w:val="center"/>
        </w:trPr>
        <w:tc>
          <w:tcPr>
            <w:tcW w:w="7890" w:type="dxa"/>
          </w:tcPr>
          <w:p w14:paraId="080C8DFA" w14:textId="77777777" w:rsidR="00032AE9" w:rsidRDefault="00140519">
            <w:pPr>
              <w:spacing w:after="60"/>
            </w:pPr>
            <w:r>
              <w:rPr>
                <w:b/>
                <w:color w:val="135469"/>
              </w:rPr>
              <w:t>References and qualifications</w:t>
            </w:r>
          </w:p>
          <w:p w14:paraId="64AF74AD" w14:textId="77777777" w:rsidR="00032AE9" w:rsidRDefault="00140519">
            <w:pPr>
              <w:spacing w:after="0" w:line="254" w:lineRule="auto"/>
            </w:pPr>
            <w:r>
              <w:rPr>
                <w:sz w:val="18"/>
              </w:rPr>
              <w:t>I understand that an offer may be subject to satisfactory references and verification of relevant qualifications, professional registration and other checks proportionate to the role. I have been asked to arrange for my two referees to send references directly to Spiritus College.</w:t>
            </w:r>
          </w:p>
        </w:tc>
        <w:tc>
          <w:tcPr>
            <w:tcW w:w="1584" w:type="dxa"/>
            <w:tcBorders>
              <w:bottom w:val="single" w:sz="4" w:space="0" w:color="CCDDDF"/>
            </w:tcBorders>
            <w:shd w:val="clear" w:color="auto" w:fill="F3F8F8"/>
            <w:tcMar>
              <w:top w:w="170" w:type="dxa"/>
              <w:left w:w="100" w:type="dxa"/>
              <w:right w:w="100" w:type="dxa"/>
            </w:tcMar>
          </w:tcPr>
          <w:p w14:paraId="3A1C0E47" w14:textId="77777777" w:rsidR="00032AE9" w:rsidRDefault="00140519">
            <w:pPr>
              <w:pStyle w:val="FieldLabel"/>
              <w:jc w:val="center"/>
            </w:pPr>
            <w:r>
              <w:rPr>
                <w:b/>
              </w:rPr>
              <w:t>AGREED</w:t>
            </w:r>
          </w:p>
          <w:p w14:paraId="615C962E" w14:textId="77777777" w:rsidR="00032AE9" w:rsidRDefault="00140519">
            <w:pPr>
              <w:jc w:val="center"/>
            </w:pPr>
            <w:r>
              <w:rPr>
                <w:i/>
                <w:color w:val="85979A"/>
                <w:sz w:val="18"/>
              </w:rPr>
              <w:t>Type YES</w:t>
            </w:r>
          </w:p>
        </w:tc>
      </w:tr>
    </w:tbl>
    <w:p w14:paraId="15BB215B" w14:textId="77777777" w:rsidR="00032AE9" w:rsidRDefault="00140519">
      <w:pPr>
        <w:spacing w:after="0" w:line="240" w:lineRule="auto"/>
      </w:pPr>
      <w:r>
        <w:rPr>
          <w:sz w:val="10"/>
        </w:rPr>
        <w:t xml:space="preserve"> </w:t>
      </w:r>
    </w:p>
    <w:tbl>
      <w:tblPr>
        <w:tblW w:w="9475" w:type="dxa"/>
        <w:jc w:val="center"/>
        <w:tblLayout w:type="fixed"/>
        <w:tblCellMar>
          <w:top w:w="140" w:type="dxa"/>
          <w:left w:w="120" w:type="dxa"/>
          <w:bottom w:w="110" w:type="dxa"/>
          <w:right w:w="120" w:type="dxa"/>
        </w:tblCellMar>
        <w:tblLook w:val="04A0" w:firstRow="1" w:lastRow="0" w:firstColumn="1" w:lastColumn="0" w:noHBand="0" w:noVBand="1"/>
      </w:tblPr>
      <w:tblGrid>
        <w:gridCol w:w="7891"/>
        <w:gridCol w:w="1584"/>
      </w:tblGrid>
      <w:tr w:rsidR="00032AE9" w14:paraId="232C3F15" w14:textId="77777777">
        <w:trPr>
          <w:cantSplit/>
          <w:jc w:val="center"/>
        </w:trPr>
        <w:tc>
          <w:tcPr>
            <w:tcW w:w="7890" w:type="dxa"/>
          </w:tcPr>
          <w:p w14:paraId="46FB54A8" w14:textId="77777777" w:rsidR="00032AE9" w:rsidRDefault="00140519">
            <w:pPr>
              <w:spacing w:after="60"/>
            </w:pPr>
            <w:r>
              <w:rPr>
                <w:b/>
                <w:color w:val="135469"/>
              </w:rPr>
              <w:t>Safeguarding</w:t>
            </w:r>
          </w:p>
          <w:p w14:paraId="32EB9E81" w14:textId="77777777" w:rsidR="00032AE9" w:rsidRDefault="00140519">
            <w:pPr>
              <w:spacing w:after="0" w:line="254" w:lineRule="auto"/>
            </w:pPr>
            <w:r>
              <w:rPr>
                <w:sz w:val="18"/>
              </w:rPr>
              <w:t xml:space="preserve">I understand that Spiritus College is committed to safeguarding and that appropriate checks may be required for the post. Disclosure and Barring Service checks and any criminal record declaration will be requested separately only </w:t>
            </w:r>
            <w:proofErr w:type="gramStart"/>
            <w:r>
              <w:rPr>
                <w:sz w:val="18"/>
              </w:rPr>
              <w:t>where</w:t>
            </w:r>
            <w:proofErr w:type="gramEnd"/>
            <w:r>
              <w:rPr>
                <w:sz w:val="18"/>
              </w:rPr>
              <w:t xml:space="preserve"> permitted by law and relevant to the role.</w:t>
            </w:r>
          </w:p>
        </w:tc>
        <w:tc>
          <w:tcPr>
            <w:tcW w:w="1584" w:type="dxa"/>
            <w:tcBorders>
              <w:bottom w:val="single" w:sz="4" w:space="0" w:color="CCDDDF"/>
            </w:tcBorders>
            <w:shd w:val="clear" w:color="auto" w:fill="F3F8F8"/>
            <w:tcMar>
              <w:top w:w="170" w:type="dxa"/>
              <w:left w:w="100" w:type="dxa"/>
              <w:right w:w="100" w:type="dxa"/>
            </w:tcMar>
          </w:tcPr>
          <w:p w14:paraId="142C7CCE" w14:textId="77777777" w:rsidR="00032AE9" w:rsidRDefault="00140519">
            <w:pPr>
              <w:pStyle w:val="FieldLabel"/>
              <w:jc w:val="center"/>
            </w:pPr>
            <w:r>
              <w:rPr>
                <w:b/>
              </w:rPr>
              <w:t>AGREED</w:t>
            </w:r>
          </w:p>
          <w:p w14:paraId="09BC9852" w14:textId="77777777" w:rsidR="00032AE9" w:rsidRDefault="00140519">
            <w:pPr>
              <w:jc w:val="center"/>
            </w:pPr>
            <w:r>
              <w:rPr>
                <w:i/>
                <w:color w:val="85979A"/>
                <w:sz w:val="18"/>
              </w:rPr>
              <w:t>Type YES</w:t>
            </w:r>
          </w:p>
        </w:tc>
      </w:tr>
    </w:tbl>
    <w:p w14:paraId="737CD26E" w14:textId="77777777" w:rsidR="00032AE9" w:rsidRDefault="00140519">
      <w:pPr>
        <w:spacing w:after="0" w:line="240" w:lineRule="auto"/>
      </w:pPr>
      <w:r>
        <w:rPr>
          <w:sz w:val="10"/>
        </w:rPr>
        <w:t xml:space="preserve"> </w:t>
      </w:r>
    </w:p>
    <w:tbl>
      <w:tblPr>
        <w:tblW w:w="9475" w:type="dxa"/>
        <w:jc w:val="center"/>
        <w:tblLayout w:type="fixed"/>
        <w:tblCellMar>
          <w:top w:w="140" w:type="dxa"/>
          <w:left w:w="120" w:type="dxa"/>
          <w:bottom w:w="110" w:type="dxa"/>
          <w:right w:w="120" w:type="dxa"/>
        </w:tblCellMar>
        <w:tblLook w:val="04A0" w:firstRow="1" w:lastRow="0" w:firstColumn="1" w:lastColumn="0" w:noHBand="0" w:noVBand="1"/>
      </w:tblPr>
      <w:tblGrid>
        <w:gridCol w:w="7891"/>
        <w:gridCol w:w="1584"/>
      </w:tblGrid>
      <w:tr w:rsidR="00032AE9" w14:paraId="5E5DD01E" w14:textId="77777777">
        <w:trPr>
          <w:cantSplit/>
          <w:jc w:val="center"/>
        </w:trPr>
        <w:tc>
          <w:tcPr>
            <w:tcW w:w="7890" w:type="dxa"/>
          </w:tcPr>
          <w:p w14:paraId="16A1C2F2" w14:textId="77777777" w:rsidR="00032AE9" w:rsidRDefault="00140519">
            <w:pPr>
              <w:spacing w:after="60"/>
            </w:pPr>
            <w:r>
              <w:rPr>
                <w:b/>
                <w:color w:val="135469"/>
              </w:rPr>
              <w:t>Data protection</w:t>
            </w:r>
          </w:p>
          <w:p w14:paraId="56C0707D" w14:textId="77777777" w:rsidR="00032AE9" w:rsidRDefault="00140519">
            <w:pPr>
              <w:spacing w:after="0" w:line="254" w:lineRule="auto"/>
            </w:pPr>
            <w:r>
              <w:rPr>
                <w:sz w:val="18"/>
              </w:rPr>
              <w:t>I acknowledge that Spiritus College will process the information I provide for recruitment purposes in accordance with its recruitment privacy information and applicable UK data protection law. This acknowledgement does not amount to consent where a different lawful basis applies.</w:t>
            </w:r>
          </w:p>
        </w:tc>
        <w:tc>
          <w:tcPr>
            <w:tcW w:w="1584" w:type="dxa"/>
            <w:tcBorders>
              <w:bottom w:val="single" w:sz="4" w:space="0" w:color="CCDDDF"/>
            </w:tcBorders>
            <w:shd w:val="clear" w:color="auto" w:fill="F3F8F8"/>
            <w:tcMar>
              <w:top w:w="170" w:type="dxa"/>
              <w:left w:w="100" w:type="dxa"/>
              <w:right w:w="100" w:type="dxa"/>
            </w:tcMar>
          </w:tcPr>
          <w:p w14:paraId="2FA85C8E" w14:textId="77777777" w:rsidR="00032AE9" w:rsidRDefault="00140519">
            <w:pPr>
              <w:pStyle w:val="FieldLabel"/>
              <w:jc w:val="center"/>
            </w:pPr>
            <w:r>
              <w:rPr>
                <w:b/>
              </w:rPr>
              <w:t>AGREED</w:t>
            </w:r>
          </w:p>
          <w:p w14:paraId="68F371B3" w14:textId="77777777" w:rsidR="00032AE9" w:rsidRDefault="00140519">
            <w:pPr>
              <w:jc w:val="center"/>
            </w:pPr>
            <w:r>
              <w:rPr>
                <w:i/>
                <w:color w:val="85979A"/>
                <w:sz w:val="18"/>
              </w:rPr>
              <w:t>Type YES</w:t>
            </w:r>
          </w:p>
        </w:tc>
      </w:tr>
    </w:tbl>
    <w:p w14:paraId="500604E9" w14:textId="77777777" w:rsidR="00032AE9" w:rsidRDefault="00140519">
      <w:pPr>
        <w:spacing w:after="0" w:line="240" w:lineRule="auto"/>
      </w:pPr>
      <w:r>
        <w:rPr>
          <w:sz w:val="10"/>
        </w:rPr>
        <w:t xml:space="preserve"> </w:t>
      </w:r>
    </w:p>
    <w:tbl>
      <w:tblPr>
        <w:tblW w:w="9475" w:type="dxa"/>
        <w:jc w:val="center"/>
        <w:tblLayout w:type="fixed"/>
        <w:tblCellMar>
          <w:top w:w="140" w:type="dxa"/>
          <w:left w:w="120" w:type="dxa"/>
          <w:bottom w:w="110" w:type="dxa"/>
          <w:right w:w="120" w:type="dxa"/>
        </w:tblCellMar>
        <w:tblLook w:val="04A0" w:firstRow="1" w:lastRow="0" w:firstColumn="1" w:lastColumn="0" w:noHBand="0" w:noVBand="1"/>
      </w:tblPr>
      <w:tblGrid>
        <w:gridCol w:w="7891"/>
        <w:gridCol w:w="1584"/>
      </w:tblGrid>
      <w:tr w:rsidR="00032AE9" w14:paraId="4D677CCC" w14:textId="77777777">
        <w:trPr>
          <w:cantSplit/>
          <w:jc w:val="center"/>
        </w:trPr>
        <w:tc>
          <w:tcPr>
            <w:tcW w:w="7890" w:type="dxa"/>
          </w:tcPr>
          <w:p w14:paraId="11F73BB5" w14:textId="77777777" w:rsidR="00032AE9" w:rsidRDefault="00140519">
            <w:pPr>
              <w:spacing w:after="60"/>
            </w:pPr>
            <w:r>
              <w:rPr>
                <w:b/>
                <w:color w:val="135469"/>
              </w:rPr>
              <w:t>Recruitment process</w:t>
            </w:r>
          </w:p>
          <w:p w14:paraId="54BA5928" w14:textId="77777777" w:rsidR="00032AE9" w:rsidRDefault="00140519">
            <w:pPr>
              <w:spacing w:after="0" w:line="254" w:lineRule="auto"/>
            </w:pPr>
            <w:r>
              <w:rPr>
                <w:sz w:val="18"/>
              </w:rPr>
              <w:t xml:space="preserve">I understand that </w:t>
            </w:r>
            <w:proofErr w:type="gramStart"/>
            <w:r>
              <w:rPr>
                <w:sz w:val="18"/>
              </w:rPr>
              <w:t>submitting an application</w:t>
            </w:r>
            <w:proofErr w:type="gramEnd"/>
            <w:r>
              <w:rPr>
                <w:sz w:val="18"/>
              </w:rPr>
              <w:t xml:space="preserve"> does not guarantee an interview or appointment and that any offer of employment will be confirmed separately in writing.</w:t>
            </w:r>
          </w:p>
        </w:tc>
        <w:tc>
          <w:tcPr>
            <w:tcW w:w="1584" w:type="dxa"/>
            <w:tcBorders>
              <w:bottom w:val="single" w:sz="4" w:space="0" w:color="CCDDDF"/>
            </w:tcBorders>
            <w:shd w:val="clear" w:color="auto" w:fill="F3F8F8"/>
            <w:tcMar>
              <w:top w:w="170" w:type="dxa"/>
              <w:left w:w="100" w:type="dxa"/>
              <w:right w:w="100" w:type="dxa"/>
            </w:tcMar>
          </w:tcPr>
          <w:p w14:paraId="0BFB3B89" w14:textId="77777777" w:rsidR="00032AE9" w:rsidRDefault="00140519">
            <w:pPr>
              <w:pStyle w:val="FieldLabel"/>
              <w:jc w:val="center"/>
            </w:pPr>
            <w:r>
              <w:rPr>
                <w:b/>
              </w:rPr>
              <w:t>AGREED</w:t>
            </w:r>
          </w:p>
          <w:p w14:paraId="4027AEBE" w14:textId="77777777" w:rsidR="00032AE9" w:rsidRDefault="00140519">
            <w:pPr>
              <w:jc w:val="center"/>
            </w:pPr>
            <w:r>
              <w:rPr>
                <w:i/>
                <w:color w:val="85979A"/>
                <w:sz w:val="18"/>
              </w:rPr>
              <w:t>Type YES</w:t>
            </w:r>
          </w:p>
        </w:tc>
      </w:tr>
    </w:tbl>
    <w:p w14:paraId="162B8CC8" w14:textId="77777777" w:rsidR="00032AE9" w:rsidRDefault="00140519">
      <w:pPr>
        <w:spacing w:after="0" w:line="240" w:lineRule="auto"/>
      </w:pPr>
      <w:r>
        <w:rPr>
          <w:sz w:val="10"/>
        </w:rPr>
        <w:t xml:space="preserve"> </w:t>
      </w:r>
    </w:p>
    <w:p w14:paraId="1FC49300" w14:textId="77777777" w:rsidR="00032AE9" w:rsidRDefault="00140519">
      <w:pPr>
        <w:pStyle w:val="Heading1"/>
      </w:pPr>
      <w:r>
        <w:rPr>
          <w:rFonts w:ascii="Lato" w:hAnsi="Lato"/>
          <w:color w:val="73B746"/>
          <w:sz w:val="20"/>
        </w:rPr>
        <w:t xml:space="preserve">10   </w:t>
      </w:r>
      <w:r>
        <w:t>Confirmation and submission</w:t>
      </w:r>
    </w:p>
    <w:tbl>
      <w:tblPr>
        <w:tblW w:w="9244" w:type="dxa"/>
        <w:jc w:val="center"/>
        <w:tblLayout w:type="fixed"/>
        <w:tblCellMar>
          <w:top w:w="105" w:type="dxa"/>
          <w:left w:w="150" w:type="dxa"/>
          <w:bottom w:w="110" w:type="dxa"/>
          <w:right w:w="150" w:type="dxa"/>
        </w:tblCellMar>
        <w:tblLook w:val="04A0" w:firstRow="1" w:lastRow="0" w:firstColumn="1" w:lastColumn="0" w:noHBand="0" w:noVBand="1"/>
      </w:tblPr>
      <w:tblGrid>
        <w:gridCol w:w="4623"/>
        <w:gridCol w:w="4621"/>
      </w:tblGrid>
      <w:tr w:rsidR="00032AE9" w14:paraId="454ED9EA" w14:textId="77777777">
        <w:trPr>
          <w:cantSplit/>
          <w:trHeight w:val="979"/>
          <w:jc w:val="center"/>
        </w:trPr>
        <w:tc>
          <w:tcPr>
            <w:tcW w:w="4622" w:type="dxa"/>
            <w:tcBorders>
              <w:bottom w:val="single" w:sz="4" w:space="0" w:color="CCDDDF"/>
            </w:tcBorders>
            <w:shd w:val="clear" w:color="auto" w:fill="F3F8F8"/>
          </w:tcPr>
          <w:p w14:paraId="53481F45" w14:textId="77777777" w:rsidR="00032AE9" w:rsidRDefault="00140519">
            <w:pPr>
              <w:pStyle w:val="FieldLabel"/>
              <w:keepNext/>
            </w:pPr>
            <w:r>
              <w:rPr>
                <w:b/>
              </w:rPr>
              <w:t>YOUR FULL NAME (TYPED)</w:t>
            </w:r>
          </w:p>
          <w:p w14:paraId="10E483B8" w14:textId="77777777" w:rsidR="00032AE9" w:rsidRDefault="00140519">
            <w:pPr>
              <w:pStyle w:val="FieldInput"/>
            </w:pPr>
            <w:r>
              <w:rPr>
                <w:i/>
                <w:color w:val="84989B"/>
              </w:rPr>
              <w:t>Click here to type</w:t>
            </w:r>
          </w:p>
        </w:tc>
        <w:tc>
          <w:tcPr>
            <w:tcW w:w="4621" w:type="dxa"/>
            <w:tcBorders>
              <w:bottom w:val="single" w:sz="4" w:space="0" w:color="CCDDDF"/>
            </w:tcBorders>
            <w:shd w:val="clear" w:color="auto" w:fill="F3F8F8"/>
          </w:tcPr>
          <w:p w14:paraId="299DE1AB" w14:textId="77777777" w:rsidR="00032AE9" w:rsidRDefault="00140519">
            <w:pPr>
              <w:pStyle w:val="FieldLabel"/>
              <w:keepNext/>
            </w:pPr>
            <w:r>
              <w:rPr>
                <w:b/>
              </w:rPr>
              <w:t>DATE</w:t>
            </w:r>
          </w:p>
          <w:p w14:paraId="28E71CF6" w14:textId="77777777" w:rsidR="00032AE9" w:rsidRDefault="00140519">
            <w:pPr>
              <w:pStyle w:val="FieldInput"/>
            </w:pPr>
            <w:r>
              <w:rPr>
                <w:i/>
                <w:color w:val="84989B"/>
              </w:rPr>
              <w:t>Day / month / year</w:t>
            </w:r>
          </w:p>
        </w:tc>
      </w:tr>
    </w:tbl>
    <w:p w14:paraId="7D0AC9F5" w14:textId="77777777" w:rsidR="00032AE9" w:rsidRDefault="00140519">
      <w:pPr>
        <w:spacing w:after="0" w:line="240" w:lineRule="auto"/>
      </w:pPr>
      <w:r>
        <w:rPr>
          <w:sz w:val="4"/>
        </w:rPr>
        <w:t xml:space="preserve"> </w:t>
      </w:r>
    </w:p>
    <w:p w14:paraId="21F2C80C" w14:textId="77777777" w:rsidR="00032AE9" w:rsidRDefault="00140519">
      <w:pPr>
        <w:pStyle w:val="Directions"/>
      </w:pPr>
      <w:r>
        <w:t>By typing my name and completing the confirmations above, I confirm that I wish this application to be considered. Please submit the completed form using the address, method and closing date given in the vacancy advertisement.</w:t>
      </w:r>
    </w:p>
    <w:sectPr w:rsidR="00032AE9">
      <w:headerReference w:type="even" r:id="rId9"/>
      <w:headerReference w:type="default" r:id="rId10"/>
      <w:footerReference w:type="even" r:id="rId11"/>
      <w:footerReference w:type="default" r:id="rId12"/>
      <w:headerReference w:type="first" r:id="rId13"/>
      <w:footerReference w:type="first" r:id="rId14"/>
      <w:pgSz w:w="11906" w:h="16838"/>
      <w:pgMar w:top="1080" w:right="1210" w:bottom="1022" w:left="1210" w:header="461" w:footer="50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58058" w14:textId="77777777" w:rsidR="00867334" w:rsidRDefault="00867334">
      <w:pPr>
        <w:spacing w:after="0" w:line="240" w:lineRule="auto"/>
      </w:pPr>
      <w:r>
        <w:separator/>
      </w:r>
    </w:p>
  </w:endnote>
  <w:endnote w:type="continuationSeparator" w:id="0">
    <w:p w14:paraId="5A640065" w14:textId="77777777" w:rsidR="00867334" w:rsidRDefault="00867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EE29" w14:textId="77777777" w:rsidR="00032AE9" w:rsidRDefault="00032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43DE8" w14:textId="77777777" w:rsidR="00032AE9" w:rsidRDefault="00140519">
    <w:pPr>
      <w:pStyle w:val="Footer"/>
      <w:jc w:val="center"/>
    </w:pPr>
    <w:r>
      <w:rPr>
        <w:color w:val="60747A"/>
        <w:sz w:val="14"/>
      </w:rPr>
      <w:t xml:space="preserve">SPIRITUS THEOLOGICAL COLLEGE    •    APPLICATION FORM    •    VERSION 3.1    •    OCTOBER 2026     |     </w:t>
    </w:r>
    <w:r>
      <w:fldChar w:fldCharType="begin"/>
    </w:r>
    <w:r>
      <w:instrText xml:space="preserve"> PAGE </w:instrText>
    </w:r>
    <w:r>
      <w:fldChar w:fldCharType="separate"/>
    </w:r>
    <w: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A355" w14:textId="77777777" w:rsidR="00032AE9" w:rsidRDefault="00140519">
    <w:pPr>
      <w:pStyle w:val="Footer"/>
      <w:jc w:val="center"/>
    </w:pPr>
    <w:r>
      <w:rPr>
        <w:color w:val="60747A"/>
        <w:sz w:val="14"/>
      </w:rPr>
      <w:t xml:space="preserve">SPIRITUS THEOLOGICAL COLLEGE    •    APPLICATION FORM    •    VERSION 3.0    •    OCTOBER 2026     |     </w:t>
    </w:r>
    <w:r>
      <w:fldChar w:fldCharType="begin"/>
    </w:r>
    <w:r>
      <w:instrText xml:space="preserve"> PAGE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0BD6E" w14:textId="77777777" w:rsidR="00867334" w:rsidRDefault="00867334">
      <w:pPr>
        <w:spacing w:after="0" w:line="240" w:lineRule="auto"/>
      </w:pPr>
      <w:r>
        <w:separator/>
      </w:r>
    </w:p>
  </w:footnote>
  <w:footnote w:type="continuationSeparator" w:id="0">
    <w:p w14:paraId="18700325" w14:textId="77777777" w:rsidR="00867334" w:rsidRDefault="00867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282C" w14:textId="77777777" w:rsidR="00032AE9" w:rsidRDefault="00032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9254" w14:textId="2B52D4FF" w:rsidR="00032AE9" w:rsidRPr="00CF2323" w:rsidRDefault="00CF2323">
    <w:pPr>
      <w:pStyle w:val="Header"/>
      <w:jc w:val="right"/>
      <w:rPr>
        <w:lang w:val="en-GB"/>
      </w:rPr>
    </w:pPr>
    <w:r>
      <w:rPr>
        <w:b/>
        <w:color w:val="135469"/>
        <w:sz w:val="15"/>
        <w:lang w:val="en-GB"/>
      </w:rPr>
      <w:t>Recruitment AP01 2610A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8B779" w14:textId="77777777" w:rsidR="00032AE9" w:rsidRDefault="00140519">
    <w:pPr>
      <w:pStyle w:val="Header"/>
      <w:jc w:val="right"/>
    </w:pPr>
    <w:r>
      <w:rPr>
        <w:b/>
        <w:color w:val="135469"/>
        <w:sz w:val="15"/>
      </w:rPr>
      <w:t>SPIRITUS THEOLOGICAL COLLEGE     /     RECRUITMENT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16D94"/>
    <w:multiLevelType w:val="multilevel"/>
    <w:tmpl w:val="3BFEE00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53D6C60"/>
    <w:multiLevelType w:val="multilevel"/>
    <w:tmpl w:val="EFC2AD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19C1249"/>
    <w:multiLevelType w:val="multilevel"/>
    <w:tmpl w:val="40B2426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D6C43DF"/>
    <w:multiLevelType w:val="multilevel"/>
    <w:tmpl w:val="1452EC7A"/>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D6D6638"/>
    <w:multiLevelType w:val="multilevel"/>
    <w:tmpl w:val="61068392"/>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EB15956"/>
    <w:multiLevelType w:val="multilevel"/>
    <w:tmpl w:val="DD62A12E"/>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EDC3A82"/>
    <w:multiLevelType w:val="multilevel"/>
    <w:tmpl w:val="9D52CF08"/>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315403935">
    <w:abstractNumId w:val="2"/>
  </w:num>
  <w:num w:numId="2" w16cid:durableId="1299459008">
    <w:abstractNumId w:val="4"/>
  </w:num>
  <w:num w:numId="3" w16cid:durableId="396972873">
    <w:abstractNumId w:val="6"/>
  </w:num>
  <w:num w:numId="4" w16cid:durableId="785923718">
    <w:abstractNumId w:val="5"/>
  </w:num>
  <w:num w:numId="5" w16cid:durableId="2142070952">
    <w:abstractNumId w:val="3"/>
  </w:num>
  <w:num w:numId="6" w16cid:durableId="341858310">
    <w:abstractNumId w:val="0"/>
  </w:num>
  <w:num w:numId="7" w16cid:durableId="1839925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AE9"/>
    <w:rsid w:val="00032AE9"/>
    <w:rsid w:val="00140519"/>
    <w:rsid w:val="00645476"/>
    <w:rsid w:val="00867334"/>
    <w:rsid w:val="00964692"/>
    <w:rsid w:val="00CF2323"/>
    <w:rsid w:val="00E83E6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A0A25"/>
  <w15:docId w15:val="{9AD91857-97C8-0441-AA53-4237C5E6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pPr>
    <w:rPr>
      <w:rFonts w:ascii="Lato" w:eastAsia="MS Mincho" w:hAnsi="Lato"/>
      <w:color w:val="223C44"/>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35469"/>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3546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pPr>
      <w:keepNext/>
      <w:spacing w:before="24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keepNext/>
      <w:pBdr>
        <w:bottom w:val="single" w:sz="8" w:space="4" w:color="4F81BD" w:themeColor="accent1"/>
      </w:pBdr>
      <w:spacing w:before="200" w:line="240" w:lineRule="auto"/>
      <w:contextualSpacing/>
    </w:pPr>
    <w:rPr>
      <w:rFonts w:asciiTheme="majorHAnsi" w:eastAsiaTheme="majorEastAsia" w:hAnsiTheme="majorHAnsi" w:cstheme="majorBidi"/>
      <w:b/>
      <w:color w:val="135469"/>
      <w:spacing w:val="5"/>
      <w:kern w:val="2"/>
      <w:sz w:val="46"/>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customStyle="1" w:styleId="Micro">
    <w:name w:val="Micro"/>
    <w:qFormat/>
    <w:pPr>
      <w:spacing w:line="264" w:lineRule="auto"/>
    </w:pPr>
    <w:rPr>
      <w:rFonts w:ascii="Lato" w:eastAsia="MS Mincho" w:hAnsi="Lato"/>
      <w:color w:val="60747A"/>
      <w:sz w:val="16"/>
    </w:rPr>
  </w:style>
  <w:style w:type="paragraph" w:customStyle="1" w:styleId="Directions">
    <w:name w:val="Directions"/>
    <w:qFormat/>
    <w:pPr>
      <w:spacing w:line="264" w:lineRule="auto"/>
    </w:pPr>
    <w:rPr>
      <w:rFonts w:ascii="Lato" w:eastAsia="MS Mincho" w:hAnsi="Lato"/>
      <w:color w:val="60747A"/>
      <w:sz w:val="19"/>
    </w:rPr>
  </w:style>
  <w:style w:type="paragraph" w:customStyle="1" w:styleId="FieldLabel">
    <w:name w:val="Field Label"/>
    <w:qFormat/>
    <w:pPr>
      <w:spacing w:line="264" w:lineRule="auto"/>
    </w:pPr>
    <w:rPr>
      <w:rFonts w:ascii="Lato" w:eastAsia="MS Mincho" w:hAnsi="Lato"/>
      <w:color w:val="135469"/>
      <w:sz w:val="17"/>
    </w:rPr>
  </w:style>
  <w:style w:type="paragraph" w:customStyle="1" w:styleId="FieldInput">
    <w:name w:val="Field Input"/>
    <w:qFormat/>
    <w:pPr>
      <w:spacing w:line="264" w:lineRule="auto"/>
    </w:pPr>
    <w:rPr>
      <w:rFonts w:ascii="Lato" w:eastAsia="MS Mincho" w:hAnsi="Lato"/>
      <w:color w:val="60747A"/>
      <w:sz w:val="20"/>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1114</Words>
  <Characters>6351</Characters>
  <Application>Microsoft Office Word</Application>
  <DocSecurity>0</DocSecurity>
  <Lines>52</Lines>
  <Paragraphs>14</Paragraphs>
  <ScaleCrop>false</ScaleCrop>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Lucy Larkin</cp:lastModifiedBy>
  <cp:revision>2</cp:revision>
  <dcterms:created xsi:type="dcterms:W3CDTF">2026-10-21T12:50:00Z</dcterms:created>
  <dcterms:modified xsi:type="dcterms:W3CDTF">2026-10-21T12:50:00Z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Spiritus Theological College</dc:creator>
  <dc:description>generated by python-docx</dc:description>
  <cp:keywords>Spiritus application form recruitment employment</cp:keywords>
  <dc:language>en-US</dc:language>
  <cp:lastModifiedBy/>
  <dcterms:modified xsi:type="dcterms:W3CDTF">2013-12-23T23:15:00Z</dcterms:modified>
  <cp:revision>1</cp:revision>
  <dc:subject>Modern editable employment application for Spiritus Theological College vacancies</dc:subject>
  <dc:title>Spiritus Theological College | Generic employment application</dc:title>
</cp:coreProperties>
</file>